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96DC30" w14:textId="07E1CF7A" w:rsidR="00F50186" w:rsidRPr="00AC665F" w:rsidRDefault="000A5C64" w:rsidP="00AC665F">
      <w:pPr>
        <w:spacing w:line="240" w:lineRule="auto"/>
        <w:contextualSpacing/>
        <w:rPr>
          <w:sz w:val="72"/>
          <w:szCs w:val="72"/>
        </w:rPr>
      </w:pPr>
      <w:r w:rsidRPr="00AC665F">
        <w:rPr>
          <w:rFonts w:ascii="Bebas Neue" w:hAnsi="Bebas Neue"/>
          <w:b/>
          <w:sz w:val="72"/>
          <w:szCs w:val="72"/>
        </w:rPr>
        <w:t>APPLICATION FORM</w:t>
      </w:r>
      <w:r w:rsidRPr="00AC665F">
        <w:rPr>
          <w:sz w:val="72"/>
          <w:szCs w:val="72"/>
        </w:rPr>
        <w:t xml:space="preserve"> </w:t>
      </w:r>
    </w:p>
    <w:p w14:paraId="24C8205A" w14:textId="1CD49473" w:rsidR="00556345" w:rsidRPr="00F50186" w:rsidRDefault="00F50186" w:rsidP="00AC665F">
      <w:pPr>
        <w:spacing w:line="240" w:lineRule="auto"/>
        <w:contextualSpacing/>
        <w:rPr>
          <w:rFonts w:ascii="Bebas Neue" w:hAnsi="Bebas Neue"/>
          <w:b/>
          <w:sz w:val="56"/>
          <w:szCs w:val="56"/>
        </w:rPr>
      </w:pPr>
      <w:r>
        <w:rPr>
          <w:rFonts w:ascii="Bebas Neue" w:hAnsi="Bebas Neue"/>
          <w:b/>
          <w:noProof/>
          <w:sz w:val="56"/>
          <w:szCs w:val="56"/>
        </w:rPr>
        <mc:AlternateContent>
          <mc:Choice Requires="wps">
            <w:drawing>
              <wp:anchor distT="0" distB="0" distL="114300" distR="114300" simplePos="0" relativeHeight="251661312" behindDoc="0" locked="0" layoutInCell="1" allowOverlap="1" wp14:anchorId="1124201F" wp14:editId="7439EF7B">
                <wp:simplePos x="0" y="0"/>
                <wp:positionH relativeFrom="column">
                  <wp:posOffset>0</wp:posOffset>
                </wp:positionH>
                <wp:positionV relativeFrom="paragraph">
                  <wp:posOffset>611505</wp:posOffset>
                </wp:positionV>
                <wp:extent cx="6400800" cy="22225"/>
                <wp:effectExtent l="12700" t="12700" r="12700" b="15875"/>
                <wp:wrapNone/>
                <wp:docPr id="563551632" name="Straight Connector 6"/>
                <wp:cNvGraphicFramePr/>
                <a:graphic xmlns:a="http://schemas.openxmlformats.org/drawingml/2006/main">
                  <a:graphicData uri="http://schemas.microsoft.com/office/word/2010/wordprocessingShape">
                    <wps:wsp>
                      <wps:cNvCnPr/>
                      <wps:spPr>
                        <a:xfrm flipV="1">
                          <a:off x="0" y="0"/>
                          <a:ext cx="6400800" cy="22225"/>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6E949E" id="Straight Connector 6"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8.15pt" to="7in,49.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" strokecolor="black [3040]" strokeweight="2pt"/>
            </w:pict>
          </mc:Fallback>
        </mc:AlternateContent>
      </w:r>
      <w:r w:rsidR="000A5C64" w:rsidRPr="00F50186">
        <w:rPr>
          <w:rFonts w:ascii="Bebas Neue" w:hAnsi="Bebas Neue"/>
          <w:b/>
          <w:sz w:val="56"/>
          <w:szCs w:val="56"/>
        </w:rPr>
        <w:t>HEAD OF FUNDRAISING AND FINANCE</w:t>
      </w:r>
    </w:p>
    <w:p w14:paraId="25500E78" w14:textId="1297A61A" w:rsidR="00063D1A" w:rsidRDefault="00063D1A">
      <w:pPr>
        <w:rPr>
          <w:rFonts w:ascii="Bebas Neue" w:hAnsi="Bebas Neue"/>
          <w:b/>
        </w:rPr>
      </w:pPr>
    </w:p>
    <w:p w14:paraId="52119776" w14:textId="6737CF4D" w:rsidR="002C0929" w:rsidRPr="00AC665F" w:rsidRDefault="000A5C64">
      <w:pPr>
        <w:rPr>
          <w:sz w:val="32"/>
          <w:szCs w:val="32"/>
        </w:rPr>
      </w:pPr>
      <w:r w:rsidRPr="00AC665F">
        <w:rPr>
          <w:rFonts w:ascii="Bebas Neue" w:hAnsi="Bebas Neue"/>
          <w:b/>
          <w:sz w:val="44"/>
          <w:szCs w:val="32"/>
        </w:rPr>
        <w:t>PERSONAL DETAILS</w:t>
      </w:r>
    </w:p>
    <w:p w14:paraId="07EC589F" w14:textId="02AFBF27" w:rsidR="002C0929" w:rsidRPr="00AC665F" w:rsidRDefault="00000000" w:rsidP="00AC665F">
      <w:pPr>
        <w:contextualSpacing/>
        <w:rPr>
          <w:b/>
          <w:bCs/>
          <w:sz w:val="28"/>
          <w:szCs w:val="28"/>
        </w:rPr>
      </w:pPr>
      <w:r w:rsidRPr="00AC665F">
        <w:rPr>
          <w:rFonts w:ascii="Courier New" w:hAnsi="Courier New"/>
          <w:b/>
          <w:bCs/>
          <w:szCs w:val="28"/>
        </w:rPr>
        <w:t>Name:</w:t>
      </w:r>
    </w:p>
    <w:p w14:paraId="11107B92" w14:textId="77777777" w:rsidR="002C0929" w:rsidRPr="00AC665F" w:rsidRDefault="00000000" w:rsidP="00AC665F">
      <w:pPr>
        <w:contextualSpacing/>
        <w:rPr>
          <w:b/>
          <w:bCs/>
          <w:sz w:val="28"/>
          <w:szCs w:val="28"/>
        </w:rPr>
      </w:pPr>
      <w:r w:rsidRPr="00AC665F">
        <w:rPr>
          <w:rFonts w:ascii="Courier New" w:hAnsi="Courier New"/>
          <w:b/>
          <w:bCs/>
          <w:szCs w:val="28"/>
        </w:rPr>
        <w:t>Email address:</w:t>
      </w:r>
    </w:p>
    <w:p w14:paraId="40613F2B" w14:textId="77777777" w:rsidR="002C0929" w:rsidRPr="00AC665F" w:rsidRDefault="00000000" w:rsidP="00AC665F">
      <w:pPr>
        <w:contextualSpacing/>
        <w:rPr>
          <w:rFonts w:ascii="Courier New" w:hAnsi="Courier New"/>
          <w:b/>
          <w:bCs/>
          <w:szCs w:val="28"/>
        </w:rPr>
      </w:pPr>
      <w:r w:rsidRPr="00AC665F">
        <w:rPr>
          <w:rFonts w:ascii="Courier New" w:hAnsi="Courier New"/>
          <w:b/>
          <w:bCs/>
          <w:szCs w:val="28"/>
        </w:rPr>
        <w:t>Phone number:</w:t>
      </w:r>
    </w:p>
    <w:p w14:paraId="35B5C3C6" w14:textId="02665048" w:rsidR="00556345" w:rsidRDefault="00556345" w:rsidP="00AC665F">
      <w:pPr>
        <w:contextualSpacing/>
        <w:rPr>
          <w:rFonts w:ascii="Courier New" w:hAnsi="Courier New"/>
          <w:b/>
          <w:bCs/>
          <w:szCs w:val="28"/>
        </w:rPr>
      </w:pPr>
      <w:r w:rsidRPr="00AC665F">
        <w:rPr>
          <w:rFonts w:ascii="Courier New" w:hAnsi="Courier New"/>
          <w:b/>
          <w:bCs/>
          <w:szCs w:val="28"/>
        </w:rPr>
        <w:t>Home address:</w:t>
      </w:r>
    </w:p>
    <w:p w14:paraId="1B486E81" w14:textId="52C5FA2C" w:rsidR="00556345" w:rsidRPr="00063D1A" w:rsidRDefault="00556345" w:rsidP="00AC665F">
      <w:pPr>
        <w:contextualSpacing/>
        <w:rPr>
          <w:sz w:val="28"/>
          <w:szCs w:val="28"/>
        </w:rPr>
      </w:pPr>
      <w:r w:rsidRPr="00AC665F">
        <w:rPr>
          <w:rFonts w:ascii="Courier New" w:hAnsi="Courier New"/>
          <w:b/>
          <w:bCs/>
          <w:szCs w:val="28"/>
        </w:rPr>
        <w:t>Are you related to, or do you live with, any present or former staff or Board members of Stay Up Late?</w:t>
      </w:r>
      <w:r w:rsidRPr="00063D1A">
        <w:rPr>
          <w:rFonts w:ascii="Courier New" w:hAnsi="Courier New"/>
          <w:szCs w:val="28"/>
        </w:rPr>
        <w:t xml:space="preserve"> </w:t>
      </w:r>
      <w:r w:rsidR="00987DBC">
        <w:rPr>
          <w:rFonts w:ascii="Courier New" w:hAnsi="Courier New"/>
          <w:szCs w:val="28"/>
        </w:rPr>
        <w:t xml:space="preserve">         No </w:t>
      </w:r>
      <w:r w:rsidR="00987DBC">
        <w:rPr>
          <w:rFonts w:ascii="Courier New" w:hAnsi="Courier New"/>
          <w:szCs w:val="28"/>
        </w:rPr>
        <w:fldChar w:fldCharType="begin">
          <w:ffData>
            <w:name w:val="Check1"/>
            <w:enabled/>
            <w:calcOnExit w:val="0"/>
            <w:checkBox>
              <w:sizeAuto/>
              <w:default w:val="0"/>
            </w:checkBox>
          </w:ffData>
        </w:fldChar>
      </w:r>
      <w:r w:rsidR="00987DBC">
        <w:rPr>
          <w:rFonts w:ascii="Courier New" w:hAnsi="Courier New"/>
          <w:szCs w:val="28"/>
        </w:rPr>
        <w:instrText xml:space="preserve"> FORMCHECKBOX </w:instrText>
      </w:r>
      <w:r w:rsidR="00987DBC">
        <w:rPr>
          <w:rFonts w:ascii="Courier New" w:hAnsi="Courier New"/>
          <w:szCs w:val="28"/>
        </w:rPr>
      </w:r>
      <w:r w:rsidR="00987DBC">
        <w:rPr>
          <w:rFonts w:ascii="Courier New" w:hAnsi="Courier New"/>
          <w:szCs w:val="28"/>
        </w:rPr>
        <w:fldChar w:fldCharType="separate"/>
      </w:r>
      <w:r w:rsidR="00987DBC">
        <w:rPr>
          <w:rFonts w:ascii="Courier New" w:hAnsi="Courier New"/>
          <w:szCs w:val="28"/>
        </w:rPr>
        <w:fldChar w:fldCharType="end"/>
      </w:r>
      <w:r w:rsidR="00987DBC">
        <w:rPr>
          <w:rFonts w:ascii="Courier New" w:hAnsi="Courier New"/>
          <w:szCs w:val="28"/>
        </w:rPr>
        <w:t xml:space="preserve">     Yes </w:t>
      </w:r>
      <w:r w:rsidR="00987DBC">
        <w:rPr>
          <w:rFonts w:ascii="Courier New" w:hAnsi="Courier New"/>
          <w:szCs w:val="28"/>
        </w:rPr>
        <w:fldChar w:fldCharType="begin">
          <w:ffData>
            <w:name w:val="Check1"/>
            <w:enabled/>
            <w:calcOnExit w:val="0"/>
            <w:checkBox>
              <w:sizeAuto/>
              <w:default w:val="0"/>
            </w:checkBox>
          </w:ffData>
        </w:fldChar>
      </w:r>
      <w:r w:rsidR="00987DBC">
        <w:rPr>
          <w:rFonts w:ascii="Courier New" w:hAnsi="Courier New"/>
          <w:szCs w:val="28"/>
        </w:rPr>
        <w:instrText xml:space="preserve"> FORMCHECKBOX </w:instrText>
      </w:r>
      <w:r w:rsidR="00987DBC">
        <w:rPr>
          <w:rFonts w:ascii="Courier New" w:hAnsi="Courier New"/>
          <w:szCs w:val="28"/>
        </w:rPr>
      </w:r>
      <w:r w:rsidR="00987DBC">
        <w:rPr>
          <w:rFonts w:ascii="Courier New" w:hAnsi="Courier New"/>
          <w:szCs w:val="28"/>
        </w:rPr>
        <w:fldChar w:fldCharType="separate"/>
      </w:r>
      <w:r w:rsidR="00987DBC">
        <w:rPr>
          <w:rFonts w:ascii="Courier New" w:hAnsi="Courier New"/>
          <w:szCs w:val="28"/>
        </w:rPr>
        <w:fldChar w:fldCharType="end"/>
      </w:r>
    </w:p>
    <w:p w14:paraId="6DC13820" w14:textId="180720A5" w:rsidR="002C0929" w:rsidRPr="00063D1A" w:rsidRDefault="00000000" w:rsidP="00AC665F">
      <w:pPr>
        <w:contextualSpacing/>
        <w:rPr>
          <w:rFonts w:ascii="Courier New" w:hAnsi="Courier New"/>
          <w:szCs w:val="28"/>
        </w:rPr>
      </w:pPr>
      <w:r w:rsidRPr="00AC665F">
        <w:rPr>
          <w:rFonts w:ascii="Courier New" w:hAnsi="Courier New"/>
          <w:b/>
          <w:bCs/>
          <w:szCs w:val="28"/>
        </w:rPr>
        <w:t>Are you permitted to work in the UK?</w:t>
      </w:r>
      <w:r w:rsidRPr="00063D1A">
        <w:rPr>
          <w:rFonts w:ascii="Courier New" w:hAnsi="Courier New"/>
          <w:szCs w:val="28"/>
        </w:rPr>
        <w:t xml:space="preserve"> </w:t>
      </w:r>
      <w:r w:rsidR="00987DBC">
        <w:rPr>
          <w:rFonts w:ascii="Courier New" w:hAnsi="Courier New"/>
          <w:szCs w:val="28"/>
        </w:rPr>
        <w:t xml:space="preserve">   No </w:t>
      </w:r>
      <w:r w:rsidR="00987DBC">
        <w:rPr>
          <w:rFonts w:ascii="Courier New" w:hAnsi="Courier New"/>
          <w:szCs w:val="28"/>
        </w:rPr>
        <w:fldChar w:fldCharType="begin">
          <w:ffData>
            <w:name w:val="Check1"/>
            <w:enabled/>
            <w:calcOnExit w:val="0"/>
            <w:checkBox>
              <w:sizeAuto/>
              <w:default w:val="0"/>
            </w:checkBox>
          </w:ffData>
        </w:fldChar>
      </w:r>
      <w:bookmarkStart w:id="0" w:name="Check1"/>
      <w:r w:rsidR="00987DBC">
        <w:rPr>
          <w:rFonts w:ascii="Courier New" w:hAnsi="Courier New"/>
          <w:szCs w:val="28"/>
        </w:rPr>
        <w:instrText xml:space="preserve"> FORMCHECKBOX </w:instrText>
      </w:r>
      <w:r w:rsidR="00987DBC">
        <w:rPr>
          <w:rFonts w:ascii="Courier New" w:hAnsi="Courier New"/>
          <w:szCs w:val="28"/>
        </w:rPr>
      </w:r>
      <w:r w:rsidR="00987DBC">
        <w:rPr>
          <w:rFonts w:ascii="Courier New" w:hAnsi="Courier New"/>
          <w:szCs w:val="28"/>
        </w:rPr>
        <w:fldChar w:fldCharType="separate"/>
      </w:r>
      <w:r w:rsidR="00987DBC">
        <w:rPr>
          <w:rFonts w:ascii="Courier New" w:hAnsi="Courier New"/>
          <w:szCs w:val="28"/>
        </w:rPr>
        <w:fldChar w:fldCharType="end"/>
      </w:r>
      <w:bookmarkEnd w:id="0"/>
      <w:r w:rsidR="00987DBC">
        <w:rPr>
          <w:rFonts w:ascii="Courier New" w:hAnsi="Courier New"/>
          <w:szCs w:val="28"/>
        </w:rPr>
        <w:t xml:space="preserve">     Yes </w:t>
      </w:r>
      <w:r w:rsidR="00987DBC">
        <w:rPr>
          <w:rFonts w:ascii="Courier New" w:hAnsi="Courier New"/>
          <w:szCs w:val="28"/>
        </w:rPr>
        <w:fldChar w:fldCharType="begin">
          <w:ffData>
            <w:name w:val="Check1"/>
            <w:enabled/>
            <w:calcOnExit w:val="0"/>
            <w:checkBox>
              <w:sizeAuto/>
              <w:default w:val="0"/>
            </w:checkBox>
          </w:ffData>
        </w:fldChar>
      </w:r>
      <w:r w:rsidR="00987DBC">
        <w:rPr>
          <w:rFonts w:ascii="Courier New" w:hAnsi="Courier New"/>
          <w:szCs w:val="28"/>
        </w:rPr>
        <w:instrText xml:space="preserve"> FORMCHECKBOX </w:instrText>
      </w:r>
      <w:r w:rsidR="00987DBC">
        <w:rPr>
          <w:rFonts w:ascii="Courier New" w:hAnsi="Courier New"/>
          <w:szCs w:val="28"/>
        </w:rPr>
      </w:r>
      <w:r w:rsidR="00987DBC">
        <w:rPr>
          <w:rFonts w:ascii="Courier New" w:hAnsi="Courier New"/>
          <w:szCs w:val="28"/>
        </w:rPr>
        <w:fldChar w:fldCharType="separate"/>
      </w:r>
      <w:r w:rsidR="00987DBC">
        <w:rPr>
          <w:rFonts w:ascii="Courier New" w:hAnsi="Courier New"/>
          <w:szCs w:val="28"/>
        </w:rPr>
        <w:fldChar w:fldCharType="end"/>
      </w:r>
    </w:p>
    <w:p w14:paraId="38ACC83E" w14:textId="4A8663CA" w:rsidR="00AC665F" w:rsidRDefault="00AC665F"/>
    <w:p w14:paraId="289305DC" w14:textId="42726ED2" w:rsidR="002C0929" w:rsidRPr="00AC665F" w:rsidRDefault="000A5C64">
      <w:pPr>
        <w:rPr>
          <w:sz w:val="32"/>
          <w:szCs w:val="32"/>
        </w:rPr>
      </w:pPr>
      <w:r w:rsidRPr="00AC665F">
        <w:rPr>
          <w:rFonts w:ascii="Bebas Neue" w:hAnsi="Bebas Neue"/>
          <w:b/>
          <w:sz w:val="44"/>
          <w:szCs w:val="32"/>
        </w:rPr>
        <w:t>EMPLOYMENT OVERVIEW</w:t>
      </w:r>
    </w:p>
    <w:p w14:paraId="00EF35D6" w14:textId="27200132" w:rsidR="00063D1A" w:rsidRDefault="00000000">
      <w:pPr>
        <w:rPr>
          <w:rFonts w:ascii="Courier New" w:hAnsi="Courier New"/>
          <w:szCs w:val="28"/>
        </w:rPr>
      </w:pPr>
      <w:r w:rsidRPr="00063D1A">
        <w:rPr>
          <w:rFonts w:ascii="Courier New" w:hAnsi="Courier New"/>
          <w:szCs w:val="28"/>
        </w:rPr>
        <w:t xml:space="preserve">Please attach a CV </w:t>
      </w:r>
      <w:r w:rsidRPr="00AC665F">
        <w:rPr>
          <w:rFonts w:ascii="Courier New" w:hAnsi="Courier New"/>
          <w:b/>
          <w:bCs/>
          <w:szCs w:val="28"/>
        </w:rPr>
        <w:t>(maximum 2 pages)</w:t>
      </w:r>
      <w:r w:rsidRPr="00063D1A">
        <w:rPr>
          <w:rFonts w:ascii="Courier New" w:hAnsi="Courier New"/>
          <w:szCs w:val="28"/>
        </w:rPr>
        <w:t xml:space="preserve"> outlining your employment history and relevant experience.</w:t>
      </w:r>
    </w:p>
    <w:p w14:paraId="5E506ED9" w14:textId="244A0EA2" w:rsidR="00AC665F" w:rsidRPr="00AC665F" w:rsidRDefault="00AC665F">
      <w:pPr>
        <w:rPr>
          <w:rFonts w:ascii="Courier New" w:hAnsi="Courier New"/>
          <w:szCs w:val="28"/>
        </w:rPr>
      </w:pPr>
    </w:p>
    <w:p w14:paraId="63F89DEE" w14:textId="4588C121" w:rsidR="002C0929" w:rsidRPr="00AC665F" w:rsidRDefault="000A5C64">
      <w:pPr>
        <w:rPr>
          <w:sz w:val="32"/>
          <w:szCs w:val="32"/>
        </w:rPr>
      </w:pPr>
      <w:r w:rsidRPr="00AC665F">
        <w:rPr>
          <w:rFonts w:ascii="Bebas Neue" w:hAnsi="Bebas Neue"/>
          <w:b/>
          <w:sz w:val="44"/>
          <w:szCs w:val="32"/>
        </w:rPr>
        <w:t>SUPPORTING QUESTIONS</w:t>
      </w:r>
    </w:p>
    <w:p w14:paraId="65E77808" w14:textId="34C93C42" w:rsidR="00AC665F" w:rsidRDefault="00AC665F" w:rsidP="00AC665F">
      <w:pPr>
        <w:pStyle w:val="p1"/>
        <w:rPr>
          <w:sz w:val="22"/>
          <w:szCs w:val="22"/>
        </w:rPr>
      </w:pPr>
      <w:r w:rsidRPr="00AC665F">
        <w:rPr>
          <w:sz w:val="22"/>
          <w:szCs w:val="22"/>
        </w:rPr>
        <w:t xml:space="preserve">Please provide a </w:t>
      </w:r>
      <w:r w:rsidRPr="00AC665F">
        <w:rPr>
          <w:b/>
          <w:bCs/>
          <w:sz w:val="22"/>
          <w:szCs w:val="22"/>
        </w:rPr>
        <w:t>short supporting statement (maximum 2 pages)</w:t>
      </w:r>
    </w:p>
    <w:p w14:paraId="6A48860B" w14:textId="53E7E549" w:rsidR="00AC665F" w:rsidRPr="00AC665F" w:rsidRDefault="00AC665F" w:rsidP="00AC665F">
      <w:pPr>
        <w:pStyle w:val="p1"/>
        <w:rPr>
          <w:sz w:val="22"/>
          <w:szCs w:val="22"/>
        </w:rPr>
      </w:pPr>
      <w:r w:rsidRPr="00AC665F">
        <w:rPr>
          <w:sz w:val="22"/>
          <w:szCs w:val="22"/>
        </w:rPr>
        <w:t>Covering</w:t>
      </w:r>
      <w:r>
        <w:rPr>
          <w:sz w:val="22"/>
          <w:szCs w:val="22"/>
        </w:rPr>
        <w:t xml:space="preserve"> </w:t>
      </w:r>
      <w:r w:rsidRPr="00AC665F">
        <w:rPr>
          <w:sz w:val="22"/>
          <w:szCs w:val="22"/>
        </w:rPr>
        <w:t>the following:</w:t>
      </w:r>
    </w:p>
    <w:p w14:paraId="169942F5" w14:textId="77777777" w:rsidR="00AC665F" w:rsidRDefault="00AC665F" w:rsidP="00AC665F">
      <w:pPr>
        <w:pStyle w:val="p1"/>
        <w:rPr>
          <w:b/>
          <w:bCs/>
          <w:sz w:val="22"/>
          <w:szCs w:val="22"/>
        </w:rPr>
      </w:pPr>
    </w:p>
    <w:p w14:paraId="5A9F3A66" w14:textId="3FF434C5" w:rsidR="00AC665F" w:rsidRPr="00AC665F" w:rsidRDefault="00AC665F" w:rsidP="00AC665F">
      <w:pPr>
        <w:pStyle w:val="p1"/>
        <w:rPr>
          <w:sz w:val="22"/>
          <w:szCs w:val="22"/>
        </w:rPr>
      </w:pPr>
      <w:r w:rsidRPr="00AC665F">
        <w:rPr>
          <w:b/>
          <w:bCs/>
          <w:sz w:val="22"/>
          <w:szCs w:val="22"/>
        </w:rPr>
        <w:t>1. Why you are interested in this role and in working at Stay Up Late.</w:t>
      </w:r>
    </w:p>
    <w:p w14:paraId="29903964" w14:textId="2978E49E" w:rsidR="00AC665F" w:rsidRPr="00AC665F" w:rsidRDefault="00AC665F" w:rsidP="00AC665F">
      <w:pPr>
        <w:pStyle w:val="p1"/>
        <w:rPr>
          <w:sz w:val="22"/>
          <w:szCs w:val="22"/>
        </w:rPr>
      </w:pPr>
      <w:r w:rsidRPr="00AC665F">
        <w:rPr>
          <w:sz w:val="22"/>
          <w:szCs w:val="22"/>
        </w:rPr>
        <w:t>What has attracted you to the organisation and to this role at this</w:t>
      </w:r>
    </w:p>
    <w:p w14:paraId="1CF67F1B" w14:textId="77777777" w:rsidR="00AC665F" w:rsidRPr="00AC665F" w:rsidRDefault="00AC665F" w:rsidP="00AC665F">
      <w:pPr>
        <w:pStyle w:val="p1"/>
        <w:rPr>
          <w:sz w:val="22"/>
          <w:szCs w:val="22"/>
        </w:rPr>
      </w:pPr>
      <w:r w:rsidRPr="00AC665F">
        <w:rPr>
          <w:sz w:val="22"/>
          <w:szCs w:val="22"/>
        </w:rPr>
        <w:t>point in your career?</w:t>
      </w:r>
    </w:p>
    <w:p w14:paraId="3776F71E" w14:textId="31B861C0" w:rsidR="00AC665F" w:rsidRPr="00AC665F" w:rsidRDefault="00AC665F" w:rsidP="00AC665F">
      <w:pPr>
        <w:pStyle w:val="p1"/>
        <w:rPr>
          <w:sz w:val="22"/>
          <w:szCs w:val="22"/>
        </w:rPr>
      </w:pPr>
      <w:r w:rsidRPr="00AC665F">
        <w:rPr>
          <w:b/>
          <w:bCs/>
          <w:sz w:val="22"/>
          <w:szCs w:val="22"/>
        </w:rPr>
        <w:t>2. What experience, skills, and perspective you would bring to the role.</w:t>
      </w:r>
    </w:p>
    <w:p w14:paraId="69F2F83D" w14:textId="0C1BCAD0" w:rsidR="00AC665F" w:rsidRPr="00AC665F" w:rsidRDefault="00AC665F" w:rsidP="00AC665F">
      <w:pPr>
        <w:pStyle w:val="p1"/>
        <w:rPr>
          <w:sz w:val="22"/>
          <w:szCs w:val="22"/>
        </w:rPr>
      </w:pPr>
      <w:r w:rsidRPr="00AC665F">
        <w:rPr>
          <w:sz w:val="22"/>
          <w:szCs w:val="22"/>
        </w:rPr>
        <w:t>This should include relevant experience in:</w:t>
      </w:r>
    </w:p>
    <w:p w14:paraId="1E0B7FA4" w14:textId="6A23EFC5" w:rsidR="00AC665F" w:rsidRPr="00AC665F" w:rsidRDefault="00AC665F" w:rsidP="00AC665F">
      <w:pPr>
        <w:pStyle w:val="p1"/>
        <w:rPr>
          <w:sz w:val="22"/>
          <w:szCs w:val="22"/>
        </w:rPr>
      </w:pPr>
    </w:p>
    <w:p w14:paraId="7A43B693" w14:textId="7D5B134D" w:rsidR="00AC665F" w:rsidRPr="00AC665F" w:rsidRDefault="00AC665F" w:rsidP="00AC665F">
      <w:pPr>
        <w:pStyle w:val="p1"/>
        <w:numPr>
          <w:ilvl w:val="0"/>
          <w:numId w:val="10"/>
        </w:numPr>
        <w:rPr>
          <w:sz w:val="22"/>
          <w:szCs w:val="22"/>
        </w:rPr>
      </w:pPr>
      <w:r w:rsidRPr="00AC665F">
        <w:rPr>
          <w:sz w:val="22"/>
          <w:szCs w:val="22"/>
        </w:rPr>
        <w:t>Fundraising or income generation</w:t>
      </w:r>
    </w:p>
    <w:p w14:paraId="12C01C51" w14:textId="16529886" w:rsidR="00AC665F" w:rsidRPr="00AC665F" w:rsidRDefault="00AC665F" w:rsidP="00AC665F">
      <w:pPr>
        <w:pStyle w:val="p1"/>
        <w:numPr>
          <w:ilvl w:val="0"/>
          <w:numId w:val="10"/>
        </w:numPr>
        <w:rPr>
          <w:sz w:val="22"/>
          <w:szCs w:val="22"/>
        </w:rPr>
      </w:pPr>
      <w:r w:rsidRPr="00AC665F">
        <w:rPr>
          <w:sz w:val="22"/>
          <w:szCs w:val="22"/>
        </w:rPr>
        <w:t>Financial management</w:t>
      </w:r>
    </w:p>
    <w:p w14:paraId="6F0B0D17" w14:textId="6AD2AF70" w:rsidR="00AC665F" w:rsidRPr="00AC665F" w:rsidRDefault="00AC665F" w:rsidP="00AC665F">
      <w:pPr>
        <w:pStyle w:val="p1"/>
        <w:numPr>
          <w:ilvl w:val="0"/>
          <w:numId w:val="10"/>
        </w:numPr>
        <w:rPr>
          <w:sz w:val="22"/>
          <w:szCs w:val="22"/>
        </w:rPr>
      </w:pPr>
      <w:r w:rsidRPr="00AC665F">
        <w:rPr>
          <w:sz w:val="22"/>
          <w:szCs w:val="22"/>
        </w:rPr>
        <w:t>Working in small or values-led organisations</w:t>
      </w:r>
    </w:p>
    <w:p w14:paraId="55EA6160" w14:textId="711703F6" w:rsidR="00AC665F" w:rsidRPr="00AC665F" w:rsidRDefault="001065D6" w:rsidP="00AC665F">
      <w:pPr>
        <w:pStyle w:val="p1"/>
        <w:rPr>
          <w:sz w:val="22"/>
          <w:szCs w:val="22"/>
        </w:rPr>
      </w:pPr>
      <w:r>
        <w:rPr>
          <w:rFonts w:ascii="Bebas Neue" w:hAnsi="Bebas Neue"/>
          <w:b/>
          <w:noProof/>
          <w:sz w:val="56"/>
          <w:szCs w:val="56"/>
        </w:rPr>
        <mc:AlternateContent>
          <mc:Choice Requires="wpg">
            <w:drawing>
              <wp:anchor distT="0" distB="0" distL="114300" distR="114300" simplePos="0" relativeHeight="251674624" behindDoc="0" locked="0" layoutInCell="1" allowOverlap="1" wp14:anchorId="0108446E" wp14:editId="23C546BC">
                <wp:simplePos x="0" y="0"/>
                <wp:positionH relativeFrom="column">
                  <wp:posOffset>4600575</wp:posOffset>
                </wp:positionH>
                <wp:positionV relativeFrom="paragraph">
                  <wp:posOffset>26035</wp:posOffset>
                </wp:positionV>
                <wp:extent cx="2028825" cy="1238250"/>
                <wp:effectExtent l="0" t="0" r="0" b="0"/>
                <wp:wrapTight wrapText="bothSides">
                  <wp:wrapPolygon edited="0">
                    <wp:start x="10817" y="3988"/>
                    <wp:lineTo x="3786" y="4431"/>
                    <wp:lineTo x="2163" y="5095"/>
                    <wp:lineTo x="2299" y="17723"/>
                    <wp:lineTo x="9465" y="17723"/>
                    <wp:lineTo x="19335" y="17280"/>
                    <wp:lineTo x="19741" y="15729"/>
                    <wp:lineTo x="18389" y="15065"/>
                    <wp:lineTo x="19200" y="13957"/>
                    <wp:lineTo x="19200" y="12628"/>
                    <wp:lineTo x="18389" y="11520"/>
                    <wp:lineTo x="19470" y="11298"/>
                    <wp:lineTo x="19606" y="10412"/>
                    <wp:lineTo x="18794" y="7975"/>
                    <wp:lineTo x="19741" y="6203"/>
                    <wp:lineTo x="19065" y="4431"/>
                    <wp:lineTo x="11628" y="3988"/>
                    <wp:lineTo x="10817" y="3988"/>
                  </wp:wrapPolygon>
                </wp:wrapTight>
                <wp:docPr id="638759887" name="Group 8"/>
                <wp:cNvGraphicFramePr/>
                <a:graphic xmlns:a="http://schemas.openxmlformats.org/drawingml/2006/main">
                  <a:graphicData uri="http://schemas.microsoft.com/office/word/2010/wordprocessingGroup">
                    <wpg:wgp>
                      <wpg:cNvGrpSpPr/>
                      <wpg:grpSpPr>
                        <a:xfrm>
                          <a:off x="0" y="0"/>
                          <a:ext cx="2028825" cy="1238250"/>
                          <a:chOff x="0" y="0"/>
                          <a:chExt cx="2028825" cy="1238250"/>
                        </a:xfrm>
                      </wpg:grpSpPr>
                      <pic:pic xmlns:pic="http://schemas.openxmlformats.org/drawingml/2006/picture">
                        <pic:nvPicPr>
                          <pic:cNvPr id="1949583416" name="Picture 2" descr="Yellow and pink text on a black background&#10;&#10;AI-generated content may be incorrect."/>
                          <pic:cNvPicPr>
                            <a:picLocks noChangeAspect="1"/>
                          </pic:cNvPicPr>
                        </pic:nvPicPr>
                        <pic:blipFill>
                          <a:blip r:embed="rId6"/>
                          <a:stretch>
                            <a:fillRect/>
                          </a:stretch>
                        </pic:blipFill>
                        <pic:spPr>
                          <a:xfrm>
                            <a:off x="790575" y="0"/>
                            <a:ext cx="1238250" cy="1238250"/>
                          </a:xfrm>
                          <a:prstGeom prst="rect">
                            <a:avLst/>
                          </a:prstGeom>
                        </pic:spPr>
                      </pic:pic>
                      <pic:pic xmlns:pic="http://schemas.openxmlformats.org/drawingml/2006/picture">
                        <pic:nvPicPr>
                          <pic:cNvPr id="2106927312" name="Picture 3" descr="A pink and yellow text with black background&#10;&#10;AI-generated content may be incorrect."/>
                          <pic:cNvPicPr>
                            <a:picLocks noChangeAspect="1"/>
                          </pic:cNvPicPr>
                        </pic:nvPicPr>
                        <pic:blipFill>
                          <a:blip r:embed="rId7"/>
                          <a:stretch>
                            <a:fillRect/>
                          </a:stretch>
                        </pic:blipFill>
                        <pic:spPr>
                          <a:xfrm>
                            <a:off x="0" y="76200"/>
                            <a:ext cx="1123950" cy="1123950"/>
                          </a:xfrm>
                          <a:prstGeom prst="rect">
                            <a:avLst/>
                          </a:prstGeom>
                        </pic:spPr>
                      </pic:pic>
                    </wpg:wgp>
                  </a:graphicData>
                </a:graphic>
              </wp:anchor>
            </w:drawing>
          </mc:Choice>
          <mc:Fallback>
            <w:pict>
              <v:group w14:anchorId="0E61D5B3" id="Group 8" o:spid="_x0000_s1026" style="position:absolute;margin-left:362.25pt;margin-top:2.05pt;width:159.75pt;height:97.5pt;z-index:251674624" coordsize="20288,123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IDZgwMBAAAAACD/10ZQ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Juz5TQAA&#13;&#10;IABJREFUVVVVVVVVVVVVVVVVVVVVVVVVVVVVVVVVVVVVYe/+ddvI8j2Bn3u5IKYB+0JwZIUbbCgB&#13;&#10;kyrxmXQCvoAeYYMb3p2IZLQz4Yb3AfQCegHRiR5ACjuY0I4E4lrALgogvIGpNi1Lslh1WL/68/kA&#13;&#10;DXS7bdUX6j4kVfX7ngM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otaW+QAAIABJREFU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8f/bgQAAAAAAAyP+1EVR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af2Y/wAAGgdJREFU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XYgwMBAAAAACD/10ZQ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aQ8OCAAAAACE/H/dk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sBANw2WDmmxobQAAAABJRU5ErkJg&#13;&#10;glBLAwQKAAAAAAAAACEAJTAnAOOJBADjiQQAFAAAAGRycy9tZWRpYS9pbWFnZTIucG5niVBORw0K&#13;&#10;GgoAAAANSUhEUgAADbQAAA20CAYAAACXjir1AAAACXBIWXMAAC4jAAAuIwF4pT92AAAgAElEQVR4&#13;&#10;nOzBAQEAAACAkP6v7ggK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CA2YMDAQAAAAAg/9dGUF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Sbs+U0AACAASURBVFVVVVVV&#13;&#10;VVVVVVVVVVVVVVVVVVVVVVVVVVVVVWHvfnrbzLI8Qf8skhJpW7akQGc6XV0tIpzANDBApwaI2Wlg&#13;&#10;5aa2HUAHBuiN7FUDs5mYRa9lZXyD+QQVqdWgkQNULrs2VjTcs8pFJDCoVTpanupyqbJgyeF/lExK&#13;&#10;ngXJsMIh2bJE8uVLPQ9ASGFLfA8Zx7pX9z3nX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w/9mDAwEAAAAAIP/XRlB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XDkW8xAAAH5UlEQVR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pDw4JAAAAAAT9f+0G&#13;&#10;Ow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Yellow and pink text on a black background&#10;&#10;AI-generated content may be incorrect." style="position:absolute;left:7905;width:12383;height:123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">
                  <v:imagedata r:id="rId8" o:title="Yellow and pink text on a black background&#10;&#10;AI-generated content may be incorrect"/>
                </v:shape>
                <v:shape id="Picture 3" o:spid="_x0000_s1028" type="#_x0000_t75" alt="A pink and yellow text with black background&#10;&#10;AI-generated content may be incorrect." style="position:absolute;top:762;width:11239;height:112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">
                  <v:imagedata r:id="rId9" o:title="A pink and yellow text with black background&#10;&#10;AI-generated content may be incorrect"/>
                </v:shape>
                <w10:wrap type="tight"/>
              </v:group>
            </w:pict>
          </mc:Fallback>
        </mc:AlternateContent>
      </w:r>
    </w:p>
    <w:p w14:paraId="344F0879" w14:textId="5FB1EFC6" w:rsidR="00AC665F" w:rsidRPr="00AC665F" w:rsidRDefault="00AC665F" w:rsidP="00AC665F">
      <w:pPr>
        <w:pStyle w:val="p1"/>
        <w:rPr>
          <w:sz w:val="22"/>
          <w:szCs w:val="22"/>
        </w:rPr>
      </w:pPr>
      <w:r w:rsidRPr="00AC665F">
        <w:rPr>
          <w:sz w:val="22"/>
          <w:szCs w:val="22"/>
        </w:rPr>
        <w:t>You do not need to address every part of the job description in turn.</w:t>
      </w:r>
      <w:r w:rsidR="001065D6">
        <w:rPr>
          <w:sz w:val="22"/>
          <w:szCs w:val="22"/>
        </w:rPr>
        <w:t xml:space="preserve"> </w:t>
      </w:r>
      <w:r w:rsidRPr="00AC665F">
        <w:rPr>
          <w:sz w:val="22"/>
          <w:szCs w:val="22"/>
        </w:rPr>
        <w:t>We are interested in understanding your motivation, judgement, and how</w:t>
      </w:r>
      <w:r w:rsidR="001065D6">
        <w:rPr>
          <w:sz w:val="22"/>
          <w:szCs w:val="22"/>
        </w:rPr>
        <w:t xml:space="preserve"> </w:t>
      </w:r>
      <w:r w:rsidRPr="00AC665F">
        <w:rPr>
          <w:sz w:val="22"/>
          <w:szCs w:val="22"/>
        </w:rPr>
        <w:t>your experience would support the organisation’s sustainability and</w:t>
      </w:r>
      <w:r w:rsidR="001065D6">
        <w:rPr>
          <w:sz w:val="22"/>
          <w:szCs w:val="22"/>
        </w:rPr>
        <w:t xml:space="preserve"> </w:t>
      </w:r>
      <w:r w:rsidRPr="00AC665F">
        <w:rPr>
          <w:sz w:val="22"/>
          <w:szCs w:val="22"/>
        </w:rPr>
        <w:t>values.</w:t>
      </w:r>
    </w:p>
    <w:p w14:paraId="1E2D6812" w14:textId="78D3D172" w:rsidR="00063D1A" w:rsidRDefault="00063D1A">
      <w:pPr>
        <w:rPr>
          <w:rFonts w:ascii="Courier New" w:hAnsi="Courier New"/>
          <w:sz w:val="20"/>
        </w:rPr>
      </w:pPr>
    </w:p>
    <w:p w14:paraId="7F9E822F" w14:textId="21996A96" w:rsidR="00AC665F" w:rsidRPr="00AC665F" w:rsidRDefault="000A5C64" w:rsidP="00AC665F">
      <w:pPr>
        <w:rPr>
          <w:sz w:val="32"/>
          <w:szCs w:val="32"/>
        </w:rPr>
      </w:pPr>
      <w:r>
        <w:rPr>
          <w:rFonts w:ascii="Bebas Neue" w:hAnsi="Bebas Neue"/>
          <w:b/>
          <w:sz w:val="44"/>
          <w:szCs w:val="32"/>
        </w:rPr>
        <w:t>REFERENCES</w:t>
      </w:r>
    </w:p>
    <w:p w14:paraId="0F8B8E08" w14:textId="564B387F" w:rsidR="00AC665F" w:rsidRDefault="00AC665F" w:rsidP="00AC665F">
      <w:pPr>
        <w:pStyle w:val="p1"/>
        <w:rPr>
          <w:sz w:val="22"/>
          <w:szCs w:val="22"/>
        </w:rPr>
      </w:pPr>
      <w:r w:rsidRPr="00AC665F">
        <w:rPr>
          <w:sz w:val="22"/>
          <w:szCs w:val="22"/>
        </w:rPr>
        <w:t xml:space="preserve">Please provide details of </w:t>
      </w:r>
      <w:r w:rsidRPr="00AC665F">
        <w:rPr>
          <w:b/>
          <w:bCs/>
          <w:sz w:val="22"/>
          <w:szCs w:val="22"/>
        </w:rPr>
        <w:t>two referees,</w:t>
      </w:r>
      <w:r w:rsidRPr="00AC665F">
        <w:rPr>
          <w:sz w:val="22"/>
          <w:szCs w:val="22"/>
        </w:rPr>
        <w:t xml:space="preserve"> one of whom should be your</w:t>
      </w:r>
      <w:r>
        <w:rPr>
          <w:sz w:val="22"/>
          <w:szCs w:val="22"/>
        </w:rPr>
        <w:t xml:space="preserve"> </w:t>
      </w:r>
      <w:r w:rsidRPr="00AC665F">
        <w:rPr>
          <w:sz w:val="22"/>
          <w:szCs w:val="22"/>
        </w:rPr>
        <w:t>current or most recent line manager.</w:t>
      </w:r>
    </w:p>
    <w:p w14:paraId="516E0CF9" w14:textId="77777777" w:rsidR="00AC665F" w:rsidRPr="00AC665F" w:rsidRDefault="00AC665F" w:rsidP="00AC665F">
      <w:pPr>
        <w:pStyle w:val="p1"/>
        <w:rPr>
          <w:sz w:val="22"/>
          <w:szCs w:val="22"/>
        </w:rPr>
      </w:pPr>
    </w:p>
    <w:p w14:paraId="3129E571" w14:textId="44404A39" w:rsidR="00AC665F" w:rsidRPr="00AC665F" w:rsidRDefault="00AC665F" w:rsidP="00AC665F">
      <w:pPr>
        <w:pStyle w:val="p1"/>
        <w:rPr>
          <w:sz w:val="22"/>
          <w:szCs w:val="22"/>
        </w:rPr>
      </w:pPr>
      <w:r w:rsidRPr="00AC665F">
        <w:rPr>
          <w:sz w:val="22"/>
          <w:szCs w:val="22"/>
        </w:rPr>
        <w:t xml:space="preserve">References will only be taken up </w:t>
      </w:r>
      <w:r w:rsidRPr="00AC665F">
        <w:rPr>
          <w:b/>
          <w:bCs/>
          <w:sz w:val="22"/>
          <w:szCs w:val="22"/>
        </w:rPr>
        <w:t>after a conditional offer has been</w:t>
      </w:r>
      <w:r>
        <w:rPr>
          <w:sz w:val="22"/>
          <w:szCs w:val="22"/>
        </w:rPr>
        <w:t xml:space="preserve"> </w:t>
      </w:r>
      <w:r w:rsidRPr="00AC665F">
        <w:rPr>
          <w:b/>
          <w:bCs/>
          <w:sz w:val="22"/>
          <w:szCs w:val="22"/>
        </w:rPr>
        <w:t>made,</w:t>
      </w:r>
      <w:r w:rsidRPr="00AC665F">
        <w:rPr>
          <w:sz w:val="22"/>
          <w:szCs w:val="22"/>
        </w:rPr>
        <w:t xml:space="preserve"> unless otherwise agreed.</w:t>
      </w:r>
    </w:p>
    <w:p w14:paraId="087A3E27" w14:textId="7EBD8D00" w:rsidR="00063D1A" w:rsidRDefault="001065D6">
      <w:pPr>
        <w:rPr>
          <w:rFonts w:ascii="Courier New" w:hAnsi="Courier New"/>
          <w:sz w:val="20"/>
        </w:rPr>
      </w:pPr>
      <w:r>
        <w:rPr>
          <w:rFonts w:ascii="Bebas Neue" w:hAnsi="Bebas Neue"/>
          <w:b/>
          <w:noProof/>
          <w:sz w:val="36"/>
          <w:szCs w:val="24"/>
        </w:rPr>
        <mc:AlternateContent>
          <mc:Choice Requires="wps">
            <w:drawing>
              <wp:anchor distT="0" distB="0" distL="114300" distR="114300" simplePos="0" relativeHeight="251658240" behindDoc="0" locked="0" layoutInCell="1" allowOverlap="1" wp14:anchorId="7A214B58" wp14:editId="54E99417">
                <wp:simplePos x="0" y="0"/>
                <wp:positionH relativeFrom="column">
                  <wp:posOffset>0</wp:posOffset>
                </wp:positionH>
                <wp:positionV relativeFrom="paragraph">
                  <wp:posOffset>239395</wp:posOffset>
                </wp:positionV>
                <wp:extent cx="6400800" cy="2619375"/>
                <wp:effectExtent l="0" t="0" r="12700" b="9525"/>
                <wp:wrapNone/>
                <wp:docPr id="250807681" name="Text Box 1"/>
                <wp:cNvGraphicFramePr/>
                <a:graphic xmlns:a="http://schemas.openxmlformats.org/drawingml/2006/main">
                  <a:graphicData uri="http://schemas.microsoft.com/office/word/2010/wordprocessingShape">
                    <wps:wsp>
                      <wps:cNvSpPr txBox="1"/>
                      <wps:spPr>
                        <a:xfrm>
                          <a:off x="0" y="0"/>
                          <a:ext cx="6400800" cy="2619375"/>
                        </a:xfrm>
                        <a:prstGeom prst="rect">
                          <a:avLst/>
                        </a:prstGeom>
                        <a:solidFill>
                          <a:schemeClr val="lt1"/>
                        </a:solidFill>
                        <a:ln w="6350">
                          <a:solidFill>
                            <a:prstClr val="black"/>
                          </a:solidFill>
                        </a:ln>
                      </wps:spPr>
                      <wps:txbx>
                        <w:txbxContent>
                          <w:p w14:paraId="7F0F775C" w14:textId="77777777" w:rsidR="00063D1A" w:rsidRPr="00063D1A" w:rsidRDefault="00063D1A" w:rsidP="00063D1A">
                            <w:pPr>
                              <w:rPr>
                                <w:b/>
                                <w:bCs/>
                                <w:sz w:val="28"/>
                                <w:szCs w:val="28"/>
                              </w:rPr>
                            </w:pPr>
                            <w:r w:rsidRPr="00063D1A">
                              <w:rPr>
                                <w:rFonts w:ascii="Courier New" w:hAnsi="Courier New"/>
                                <w:b/>
                                <w:bCs/>
                                <w:szCs w:val="28"/>
                              </w:rPr>
                              <w:t>Referee 1</w:t>
                            </w:r>
                          </w:p>
                          <w:p w14:paraId="0F62F5B8" w14:textId="77777777" w:rsidR="00063D1A" w:rsidRPr="00063D1A" w:rsidRDefault="00063D1A" w:rsidP="00063D1A">
                            <w:pPr>
                              <w:rPr>
                                <w:sz w:val="28"/>
                                <w:szCs w:val="28"/>
                              </w:rPr>
                            </w:pPr>
                            <w:r w:rsidRPr="00063D1A">
                              <w:rPr>
                                <w:rFonts w:ascii="Courier New" w:hAnsi="Courier New"/>
                                <w:szCs w:val="28"/>
                              </w:rPr>
                              <w:t>Name:</w:t>
                            </w:r>
                          </w:p>
                          <w:p w14:paraId="62794512" w14:textId="77777777" w:rsidR="00063D1A" w:rsidRPr="00063D1A" w:rsidRDefault="00063D1A" w:rsidP="00063D1A">
                            <w:pPr>
                              <w:rPr>
                                <w:sz w:val="28"/>
                                <w:szCs w:val="28"/>
                              </w:rPr>
                            </w:pPr>
                            <w:r w:rsidRPr="00063D1A">
                              <w:rPr>
                                <w:rFonts w:ascii="Courier New" w:hAnsi="Courier New"/>
                                <w:szCs w:val="28"/>
                              </w:rPr>
                              <w:t>Role:</w:t>
                            </w:r>
                          </w:p>
                          <w:p w14:paraId="615BAA57" w14:textId="77777777" w:rsidR="00063D1A" w:rsidRPr="00063D1A" w:rsidRDefault="00063D1A" w:rsidP="00063D1A">
                            <w:pPr>
                              <w:rPr>
                                <w:sz w:val="28"/>
                                <w:szCs w:val="28"/>
                              </w:rPr>
                            </w:pPr>
                            <w:r w:rsidRPr="00063D1A">
                              <w:rPr>
                                <w:rFonts w:ascii="Courier New" w:hAnsi="Courier New"/>
                                <w:szCs w:val="28"/>
                              </w:rPr>
                              <w:t>Organisation:</w:t>
                            </w:r>
                          </w:p>
                          <w:p w14:paraId="14A2AD8A" w14:textId="77777777" w:rsidR="00063D1A" w:rsidRPr="00063D1A" w:rsidRDefault="00063D1A" w:rsidP="00063D1A">
                            <w:pPr>
                              <w:rPr>
                                <w:rFonts w:ascii="Courier New" w:hAnsi="Courier New"/>
                                <w:szCs w:val="28"/>
                              </w:rPr>
                            </w:pPr>
                            <w:r w:rsidRPr="00063D1A">
                              <w:rPr>
                                <w:rFonts w:ascii="Courier New" w:hAnsi="Courier New"/>
                                <w:szCs w:val="28"/>
                              </w:rPr>
                              <w:t>Email:</w:t>
                            </w:r>
                          </w:p>
                          <w:p w14:paraId="3FE84A1E" w14:textId="77777777" w:rsidR="00063D1A" w:rsidRPr="00063D1A" w:rsidRDefault="00063D1A" w:rsidP="00063D1A">
                            <w:pPr>
                              <w:rPr>
                                <w:rFonts w:ascii="Courier New" w:hAnsi="Courier New"/>
                                <w:szCs w:val="28"/>
                              </w:rPr>
                            </w:pPr>
                            <w:r w:rsidRPr="00063D1A">
                              <w:rPr>
                                <w:rFonts w:ascii="Courier New" w:hAnsi="Courier New"/>
                                <w:szCs w:val="28"/>
                              </w:rPr>
                              <w:t>Dates from/to:</w:t>
                            </w:r>
                          </w:p>
                          <w:p w14:paraId="4D704993" w14:textId="77777777" w:rsidR="00063D1A" w:rsidRPr="00063D1A" w:rsidRDefault="00063D1A" w:rsidP="00063D1A">
                            <w:pPr>
                              <w:rPr>
                                <w:rFonts w:ascii="Courier New" w:hAnsi="Courier New"/>
                                <w:szCs w:val="28"/>
                              </w:rPr>
                            </w:pPr>
                            <w:r w:rsidRPr="00063D1A">
                              <w:rPr>
                                <w:rFonts w:ascii="Courier New" w:hAnsi="Courier New"/>
                                <w:szCs w:val="28"/>
                              </w:rPr>
                              <w:t>Relationship to you:</w:t>
                            </w:r>
                          </w:p>
                          <w:p w14:paraId="534C3E54" w14:textId="77777777" w:rsidR="00063D1A" w:rsidRDefault="00063D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214B58" id="_x0000_t202" coordsize="21600,21600" o:spt="202" path="m,l,21600r21600,l21600,xe">
                <v:stroke joinstyle="miter"/>
                <v:path gradientshapeok="t" o:connecttype="rect"/>
              </v:shapetype>
              <v:shape id="Text Box 1" o:spid="_x0000_s1026" type="#_x0000_t202" style="position:absolute;margin-left:0;margin-top:18.85pt;width:7in;height:20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" fillcolor="white [3201]" strokeweight=".5pt">
                <v:textbox>
                  <w:txbxContent>
                    <w:p w14:paraId="7F0F775C" w14:textId="77777777" w:rsidR="00063D1A" w:rsidRPr="00063D1A" w:rsidRDefault="00063D1A" w:rsidP="00063D1A">
                      <w:pPr>
                        <w:rPr>
                          <w:b/>
                          <w:bCs/>
                          <w:sz w:val="28"/>
                          <w:szCs w:val="28"/>
                        </w:rPr>
                      </w:pPr>
                      <w:r w:rsidRPr="00063D1A">
                        <w:rPr>
                          <w:rFonts w:ascii="Courier New" w:hAnsi="Courier New"/>
                          <w:b/>
                          <w:bCs/>
                          <w:szCs w:val="28"/>
                        </w:rPr>
                        <w:t>Referee 1</w:t>
                      </w:r>
                    </w:p>
                    <w:p w14:paraId="0F62F5B8" w14:textId="77777777" w:rsidR="00063D1A" w:rsidRPr="00063D1A" w:rsidRDefault="00063D1A" w:rsidP="00063D1A">
                      <w:pPr>
                        <w:rPr>
                          <w:sz w:val="28"/>
                          <w:szCs w:val="28"/>
                        </w:rPr>
                      </w:pPr>
                      <w:r w:rsidRPr="00063D1A">
                        <w:rPr>
                          <w:rFonts w:ascii="Courier New" w:hAnsi="Courier New"/>
                          <w:szCs w:val="28"/>
                        </w:rPr>
                        <w:t>Name:</w:t>
                      </w:r>
                    </w:p>
                    <w:p w14:paraId="62794512" w14:textId="77777777" w:rsidR="00063D1A" w:rsidRPr="00063D1A" w:rsidRDefault="00063D1A" w:rsidP="00063D1A">
                      <w:pPr>
                        <w:rPr>
                          <w:sz w:val="28"/>
                          <w:szCs w:val="28"/>
                        </w:rPr>
                      </w:pPr>
                      <w:r w:rsidRPr="00063D1A">
                        <w:rPr>
                          <w:rFonts w:ascii="Courier New" w:hAnsi="Courier New"/>
                          <w:szCs w:val="28"/>
                        </w:rPr>
                        <w:t>Role:</w:t>
                      </w:r>
                    </w:p>
                    <w:p w14:paraId="615BAA57" w14:textId="77777777" w:rsidR="00063D1A" w:rsidRPr="00063D1A" w:rsidRDefault="00063D1A" w:rsidP="00063D1A">
                      <w:pPr>
                        <w:rPr>
                          <w:sz w:val="28"/>
                          <w:szCs w:val="28"/>
                        </w:rPr>
                      </w:pPr>
                      <w:proofErr w:type="spellStart"/>
                      <w:r w:rsidRPr="00063D1A">
                        <w:rPr>
                          <w:rFonts w:ascii="Courier New" w:hAnsi="Courier New"/>
                          <w:szCs w:val="28"/>
                        </w:rPr>
                        <w:t>Organisation</w:t>
                      </w:r>
                      <w:proofErr w:type="spellEnd"/>
                      <w:r w:rsidRPr="00063D1A">
                        <w:rPr>
                          <w:rFonts w:ascii="Courier New" w:hAnsi="Courier New"/>
                          <w:szCs w:val="28"/>
                        </w:rPr>
                        <w:t>:</w:t>
                      </w:r>
                    </w:p>
                    <w:p w14:paraId="14A2AD8A" w14:textId="77777777" w:rsidR="00063D1A" w:rsidRPr="00063D1A" w:rsidRDefault="00063D1A" w:rsidP="00063D1A">
                      <w:pPr>
                        <w:rPr>
                          <w:rFonts w:ascii="Courier New" w:hAnsi="Courier New"/>
                          <w:szCs w:val="28"/>
                        </w:rPr>
                      </w:pPr>
                      <w:r w:rsidRPr="00063D1A">
                        <w:rPr>
                          <w:rFonts w:ascii="Courier New" w:hAnsi="Courier New"/>
                          <w:szCs w:val="28"/>
                        </w:rPr>
                        <w:t>Email:</w:t>
                      </w:r>
                    </w:p>
                    <w:p w14:paraId="3FE84A1E" w14:textId="77777777" w:rsidR="00063D1A" w:rsidRPr="00063D1A" w:rsidRDefault="00063D1A" w:rsidP="00063D1A">
                      <w:pPr>
                        <w:rPr>
                          <w:rFonts w:ascii="Courier New" w:hAnsi="Courier New"/>
                          <w:szCs w:val="28"/>
                        </w:rPr>
                      </w:pPr>
                      <w:r w:rsidRPr="00063D1A">
                        <w:rPr>
                          <w:rFonts w:ascii="Courier New" w:hAnsi="Courier New"/>
                          <w:szCs w:val="28"/>
                        </w:rPr>
                        <w:t>Dates from/to:</w:t>
                      </w:r>
                    </w:p>
                    <w:p w14:paraId="4D704993" w14:textId="77777777" w:rsidR="00063D1A" w:rsidRPr="00063D1A" w:rsidRDefault="00063D1A" w:rsidP="00063D1A">
                      <w:pPr>
                        <w:rPr>
                          <w:rFonts w:ascii="Courier New" w:hAnsi="Courier New"/>
                          <w:szCs w:val="28"/>
                        </w:rPr>
                      </w:pPr>
                      <w:r w:rsidRPr="00063D1A">
                        <w:rPr>
                          <w:rFonts w:ascii="Courier New" w:hAnsi="Courier New"/>
                          <w:szCs w:val="28"/>
                        </w:rPr>
                        <w:t>Relationship to you:</w:t>
                      </w:r>
                    </w:p>
                    <w:p w14:paraId="534C3E54" w14:textId="77777777" w:rsidR="00063D1A" w:rsidRDefault="00063D1A"/>
                  </w:txbxContent>
                </v:textbox>
              </v:shape>
            </w:pict>
          </mc:Fallback>
        </mc:AlternateContent>
      </w:r>
    </w:p>
    <w:p w14:paraId="5E3E7657" w14:textId="659E234F" w:rsidR="00063D1A" w:rsidRDefault="00063D1A">
      <w:pPr>
        <w:rPr>
          <w:rFonts w:ascii="Courier New" w:hAnsi="Courier New"/>
          <w:sz w:val="20"/>
        </w:rPr>
      </w:pPr>
    </w:p>
    <w:p w14:paraId="7E3E5715" w14:textId="7B6846C8" w:rsidR="00063D1A" w:rsidRDefault="00063D1A">
      <w:pPr>
        <w:rPr>
          <w:rFonts w:ascii="Courier New" w:hAnsi="Courier New"/>
          <w:sz w:val="20"/>
        </w:rPr>
      </w:pPr>
    </w:p>
    <w:p w14:paraId="46578C0A" w14:textId="21C02AA0" w:rsidR="00556345" w:rsidRDefault="00556345">
      <w:pPr>
        <w:rPr>
          <w:rFonts w:ascii="Courier New" w:hAnsi="Courier New"/>
          <w:sz w:val="20"/>
        </w:rPr>
      </w:pPr>
    </w:p>
    <w:p w14:paraId="05306D15" w14:textId="0A1B9380" w:rsidR="001E0E7A" w:rsidRDefault="001E0E7A" w:rsidP="00556345">
      <w:pPr>
        <w:rPr>
          <w:rFonts w:ascii="Bebas Neue" w:hAnsi="Bebas Neue"/>
          <w:b/>
          <w:sz w:val="32"/>
        </w:rPr>
      </w:pPr>
    </w:p>
    <w:p w14:paraId="6EC3FBC8" w14:textId="5A6D08CE" w:rsidR="001E0E7A" w:rsidRDefault="001E0E7A" w:rsidP="00556345">
      <w:pPr>
        <w:rPr>
          <w:rFonts w:ascii="Bebas Neue" w:hAnsi="Bebas Neue"/>
          <w:b/>
          <w:sz w:val="32"/>
        </w:rPr>
      </w:pPr>
    </w:p>
    <w:p w14:paraId="46F15E4B" w14:textId="75BD606C" w:rsidR="001E0E7A" w:rsidRDefault="001E0E7A" w:rsidP="00556345">
      <w:pPr>
        <w:rPr>
          <w:rFonts w:ascii="Bebas Neue" w:hAnsi="Bebas Neue"/>
          <w:b/>
          <w:sz w:val="32"/>
        </w:rPr>
      </w:pPr>
    </w:p>
    <w:p w14:paraId="0E684390" w14:textId="5596FBD2" w:rsidR="001E0E7A" w:rsidRPr="00F50186" w:rsidRDefault="001E0E7A" w:rsidP="00556345">
      <w:pPr>
        <w:rPr>
          <w:rFonts w:ascii="Bebas Neue" w:hAnsi="Bebas Neue"/>
          <w:b/>
          <w:sz w:val="32"/>
        </w:rPr>
      </w:pPr>
    </w:p>
    <w:p w14:paraId="1419F021" w14:textId="3CEC060F" w:rsidR="001E0E7A" w:rsidRDefault="001065D6" w:rsidP="00556345">
      <w:pPr>
        <w:rPr>
          <w:rFonts w:ascii="Bebas Neue" w:hAnsi="Bebas Neue"/>
          <w:b/>
          <w:sz w:val="32"/>
        </w:rPr>
      </w:pPr>
      <w:r>
        <w:rPr>
          <w:rFonts w:ascii="Bebas Neue" w:hAnsi="Bebas Neue"/>
          <w:b/>
          <w:noProof/>
          <w:sz w:val="36"/>
          <w:szCs w:val="24"/>
        </w:rPr>
        <mc:AlternateContent>
          <mc:Choice Requires="wps">
            <w:drawing>
              <wp:anchor distT="0" distB="0" distL="114300" distR="114300" simplePos="0" relativeHeight="251663360" behindDoc="0" locked="0" layoutInCell="1" allowOverlap="1" wp14:anchorId="0B7C456A" wp14:editId="1EE47C02">
                <wp:simplePos x="0" y="0"/>
                <wp:positionH relativeFrom="column">
                  <wp:posOffset>28575</wp:posOffset>
                </wp:positionH>
                <wp:positionV relativeFrom="paragraph">
                  <wp:posOffset>182880</wp:posOffset>
                </wp:positionV>
                <wp:extent cx="6400800" cy="2619375"/>
                <wp:effectExtent l="0" t="0" r="12700" b="9525"/>
                <wp:wrapNone/>
                <wp:docPr id="1413462810" name="Text Box 1"/>
                <wp:cNvGraphicFramePr/>
                <a:graphic xmlns:a="http://schemas.openxmlformats.org/drawingml/2006/main">
                  <a:graphicData uri="http://schemas.microsoft.com/office/word/2010/wordprocessingShape">
                    <wps:wsp>
                      <wps:cNvSpPr txBox="1"/>
                      <wps:spPr>
                        <a:xfrm>
                          <a:off x="0" y="0"/>
                          <a:ext cx="6400800" cy="2619375"/>
                        </a:xfrm>
                        <a:prstGeom prst="rect">
                          <a:avLst/>
                        </a:prstGeom>
                        <a:solidFill>
                          <a:schemeClr val="lt1"/>
                        </a:solidFill>
                        <a:ln w="6350">
                          <a:solidFill>
                            <a:prstClr val="black"/>
                          </a:solidFill>
                        </a:ln>
                      </wps:spPr>
                      <wps:txbx>
                        <w:txbxContent>
                          <w:p w14:paraId="60EA52E9" w14:textId="77777777" w:rsidR="00AC665F" w:rsidRPr="00063D1A" w:rsidRDefault="00AC665F" w:rsidP="00AC665F">
                            <w:pPr>
                              <w:rPr>
                                <w:rFonts w:ascii="Courier New" w:hAnsi="Courier New"/>
                                <w:szCs w:val="28"/>
                              </w:rPr>
                            </w:pPr>
                            <w:r w:rsidRPr="00063D1A">
                              <w:rPr>
                                <w:rFonts w:ascii="Courier New" w:hAnsi="Courier New"/>
                                <w:b/>
                                <w:bCs/>
                                <w:szCs w:val="28"/>
                              </w:rPr>
                              <w:t>Referee 2</w:t>
                            </w:r>
                          </w:p>
                          <w:p w14:paraId="187B9C33" w14:textId="77777777" w:rsidR="00AC665F" w:rsidRPr="00063D1A" w:rsidRDefault="00AC665F" w:rsidP="00AC665F">
                            <w:pPr>
                              <w:rPr>
                                <w:sz w:val="28"/>
                                <w:szCs w:val="28"/>
                              </w:rPr>
                            </w:pPr>
                            <w:r w:rsidRPr="00063D1A">
                              <w:rPr>
                                <w:rFonts w:ascii="Courier New" w:hAnsi="Courier New"/>
                                <w:szCs w:val="28"/>
                              </w:rPr>
                              <w:t>Name:</w:t>
                            </w:r>
                          </w:p>
                          <w:p w14:paraId="5924050D" w14:textId="77777777" w:rsidR="00AC665F" w:rsidRPr="00063D1A" w:rsidRDefault="00AC665F" w:rsidP="00AC665F">
                            <w:pPr>
                              <w:rPr>
                                <w:sz w:val="28"/>
                                <w:szCs w:val="28"/>
                              </w:rPr>
                            </w:pPr>
                            <w:r w:rsidRPr="00063D1A">
                              <w:rPr>
                                <w:rFonts w:ascii="Courier New" w:hAnsi="Courier New"/>
                                <w:szCs w:val="28"/>
                              </w:rPr>
                              <w:t>Role:</w:t>
                            </w:r>
                          </w:p>
                          <w:p w14:paraId="55E2AA39" w14:textId="77777777" w:rsidR="00AC665F" w:rsidRPr="00063D1A" w:rsidRDefault="00AC665F" w:rsidP="00AC665F">
                            <w:pPr>
                              <w:rPr>
                                <w:sz w:val="28"/>
                                <w:szCs w:val="28"/>
                              </w:rPr>
                            </w:pPr>
                            <w:r w:rsidRPr="00063D1A">
                              <w:rPr>
                                <w:rFonts w:ascii="Courier New" w:hAnsi="Courier New"/>
                                <w:szCs w:val="28"/>
                              </w:rPr>
                              <w:t>Organisation:</w:t>
                            </w:r>
                          </w:p>
                          <w:p w14:paraId="73A93920" w14:textId="77777777" w:rsidR="00AC665F" w:rsidRPr="00063D1A" w:rsidRDefault="00AC665F" w:rsidP="00AC665F">
                            <w:pPr>
                              <w:rPr>
                                <w:rFonts w:ascii="Courier New" w:hAnsi="Courier New"/>
                                <w:szCs w:val="28"/>
                              </w:rPr>
                            </w:pPr>
                            <w:r w:rsidRPr="00063D1A">
                              <w:rPr>
                                <w:rFonts w:ascii="Courier New" w:hAnsi="Courier New"/>
                                <w:szCs w:val="28"/>
                              </w:rPr>
                              <w:t>Email:</w:t>
                            </w:r>
                          </w:p>
                          <w:p w14:paraId="3E017A75" w14:textId="77777777" w:rsidR="00AC665F" w:rsidRPr="00063D1A" w:rsidRDefault="00AC665F" w:rsidP="00AC665F">
                            <w:pPr>
                              <w:rPr>
                                <w:rFonts w:ascii="Courier New" w:hAnsi="Courier New"/>
                                <w:szCs w:val="28"/>
                              </w:rPr>
                            </w:pPr>
                            <w:r w:rsidRPr="00063D1A">
                              <w:rPr>
                                <w:rFonts w:ascii="Courier New" w:hAnsi="Courier New"/>
                                <w:szCs w:val="28"/>
                              </w:rPr>
                              <w:t>Dates from/to:</w:t>
                            </w:r>
                          </w:p>
                          <w:p w14:paraId="59C3C1AE" w14:textId="77777777" w:rsidR="00AC665F" w:rsidRPr="00063D1A" w:rsidRDefault="00AC665F" w:rsidP="00AC665F">
                            <w:pPr>
                              <w:rPr>
                                <w:rFonts w:ascii="Courier New" w:hAnsi="Courier New"/>
                                <w:szCs w:val="28"/>
                              </w:rPr>
                            </w:pPr>
                            <w:r w:rsidRPr="00063D1A">
                              <w:rPr>
                                <w:rFonts w:ascii="Courier New" w:hAnsi="Courier New"/>
                                <w:szCs w:val="28"/>
                              </w:rPr>
                              <w:t>Relationship to you:</w:t>
                            </w:r>
                          </w:p>
                          <w:p w14:paraId="45EA0E9F" w14:textId="77777777" w:rsidR="00AC665F" w:rsidRDefault="00AC665F" w:rsidP="00AC66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C456A" id="_x0000_s1027" type="#_x0000_t202" style="position:absolute;margin-left:2.25pt;margin-top:14.4pt;width:7in;height:20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" fillcolor="white [3201]" strokeweight=".5pt">
                <v:textbox>
                  <w:txbxContent>
                    <w:p w14:paraId="60EA52E9" w14:textId="77777777" w:rsidR="00AC665F" w:rsidRPr="00063D1A" w:rsidRDefault="00AC665F" w:rsidP="00AC665F">
                      <w:pPr>
                        <w:rPr>
                          <w:rFonts w:ascii="Courier New" w:hAnsi="Courier New"/>
                          <w:szCs w:val="28"/>
                        </w:rPr>
                      </w:pPr>
                      <w:r w:rsidRPr="00063D1A">
                        <w:rPr>
                          <w:rFonts w:ascii="Courier New" w:hAnsi="Courier New"/>
                          <w:b/>
                          <w:bCs/>
                          <w:szCs w:val="28"/>
                        </w:rPr>
                        <w:t>Referee 2</w:t>
                      </w:r>
                    </w:p>
                    <w:p w14:paraId="187B9C33" w14:textId="77777777" w:rsidR="00AC665F" w:rsidRPr="00063D1A" w:rsidRDefault="00AC665F" w:rsidP="00AC665F">
                      <w:pPr>
                        <w:rPr>
                          <w:sz w:val="28"/>
                          <w:szCs w:val="28"/>
                        </w:rPr>
                      </w:pPr>
                      <w:r w:rsidRPr="00063D1A">
                        <w:rPr>
                          <w:rFonts w:ascii="Courier New" w:hAnsi="Courier New"/>
                          <w:szCs w:val="28"/>
                        </w:rPr>
                        <w:t>Name:</w:t>
                      </w:r>
                    </w:p>
                    <w:p w14:paraId="5924050D" w14:textId="77777777" w:rsidR="00AC665F" w:rsidRPr="00063D1A" w:rsidRDefault="00AC665F" w:rsidP="00AC665F">
                      <w:pPr>
                        <w:rPr>
                          <w:sz w:val="28"/>
                          <w:szCs w:val="28"/>
                        </w:rPr>
                      </w:pPr>
                      <w:r w:rsidRPr="00063D1A">
                        <w:rPr>
                          <w:rFonts w:ascii="Courier New" w:hAnsi="Courier New"/>
                          <w:szCs w:val="28"/>
                        </w:rPr>
                        <w:t>Role:</w:t>
                      </w:r>
                    </w:p>
                    <w:p w14:paraId="55E2AA39" w14:textId="77777777" w:rsidR="00AC665F" w:rsidRPr="00063D1A" w:rsidRDefault="00AC665F" w:rsidP="00AC665F">
                      <w:pPr>
                        <w:rPr>
                          <w:sz w:val="28"/>
                          <w:szCs w:val="28"/>
                        </w:rPr>
                      </w:pPr>
                      <w:proofErr w:type="spellStart"/>
                      <w:r w:rsidRPr="00063D1A">
                        <w:rPr>
                          <w:rFonts w:ascii="Courier New" w:hAnsi="Courier New"/>
                          <w:szCs w:val="28"/>
                        </w:rPr>
                        <w:t>Organisation</w:t>
                      </w:r>
                      <w:proofErr w:type="spellEnd"/>
                      <w:r w:rsidRPr="00063D1A">
                        <w:rPr>
                          <w:rFonts w:ascii="Courier New" w:hAnsi="Courier New"/>
                          <w:szCs w:val="28"/>
                        </w:rPr>
                        <w:t>:</w:t>
                      </w:r>
                    </w:p>
                    <w:p w14:paraId="73A93920" w14:textId="77777777" w:rsidR="00AC665F" w:rsidRPr="00063D1A" w:rsidRDefault="00AC665F" w:rsidP="00AC665F">
                      <w:pPr>
                        <w:rPr>
                          <w:rFonts w:ascii="Courier New" w:hAnsi="Courier New"/>
                          <w:szCs w:val="28"/>
                        </w:rPr>
                      </w:pPr>
                      <w:r w:rsidRPr="00063D1A">
                        <w:rPr>
                          <w:rFonts w:ascii="Courier New" w:hAnsi="Courier New"/>
                          <w:szCs w:val="28"/>
                        </w:rPr>
                        <w:t>Email:</w:t>
                      </w:r>
                    </w:p>
                    <w:p w14:paraId="3E017A75" w14:textId="77777777" w:rsidR="00AC665F" w:rsidRPr="00063D1A" w:rsidRDefault="00AC665F" w:rsidP="00AC665F">
                      <w:pPr>
                        <w:rPr>
                          <w:rFonts w:ascii="Courier New" w:hAnsi="Courier New"/>
                          <w:szCs w:val="28"/>
                        </w:rPr>
                      </w:pPr>
                      <w:r w:rsidRPr="00063D1A">
                        <w:rPr>
                          <w:rFonts w:ascii="Courier New" w:hAnsi="Courier New"/>
                          <w:szCs w:val="28"/>
                        </w:rPr>
                        <w:t>Dates from/to:</w:t>
                      </w:r>
                    </w:p>
                    <w:p w14:paraId="59C3C1AE" w14:textId="77777777" w:rsidR="00AC665F" w:rsidRPr="00063D1A" w:rsidRDefault="00AC665F" w:rsidP="00AC665F">
                      <w:pPr>
                        <w:rPr>
                          <w:rFonts w:ascii="Courier New" w:hAnsi="Courier New"/>
                          <w:szCs w:val="28"/>
                        </w:rPr>
                      </w:pPr>
                      <w:r w:rsidRPr="00063D1A">
                        <w:rPr>
                          <w:rFonts w:ascii="Courier New" w:hAnsi="Courier New"/>
                          <w:szCs w:val="28"/>
                        </w:rPr>
                        <w:t>Relationship to you:</w:t>
                      </w:r>
                    </w:p>
                    <w:p w14:paraId="45EA0E9F" w14:textId="77777777" w:rsidR="00AC665F" w:rsidRDefault="00AC665F" w:rsidP="00AC665F"/>
                  </w:txbxContent>
                </v:textbox>
              </v:shape>
            </w:pict>
          </mc:Fallback>
        </mc:AlternateContent>
      </w:r>
    </w:p>
    <w:p w14:paraId="1B552DBB" w14:textId="09B341B2" w:rsidR="00063D1A" w:rsidRDefault="00063D1A" w:rsidP="00556345">
      <w:pPr>
        <w:rPr>
          <w:rFonts w:ascii="Bebas Neue" w:hAnsi="Bebas Neue"/>
          <w:b/>
          <w:sz w:val="32"/>
        </w:rPr>
      </w:pPr>
    </w:p>
    <w:p w14:paraId="37B55C27" w14:textId="30C8C173" w:rsidR="00AC665F" w:rsidRDefault="00AC665F" w:rsidP="00556345">
      <w:pPr>
        <w:rPr>
          <w:rFonts w:ascii="Bebas Neue" w:hAnsi="Bebas Neue"/>
          <w:b/>
          <w:sz w:val="44"/>
          <w:szCs w:val="32"/>
        </w:rPr>
      </w:pPr>
    </w:p>
    <w:p w14:paraId="7C759154" w14:textId="77777777" w:rsidR="00AC665F" w:rsidRDefault="00AC665F" w:rsidP="00556345">
      <w:pPr>
        <w:rPr>
          <w:rFonts w:ascii="Bebas Neue" w:hAnsi="Bebas Neue"/>
          <w:b/>
          <w:sz w:val="44"/>
          <w:szCs w:val="32"/>
        </w:rPr>
      </w:pPr>
    </w:p>
    <w:p w14:paraId="71870D6F" w14:textId="77777777" w:rsidR="00AC665F" w:rsidRDefault="00AC665F" w:rsidP="00556345">
      <w:pPr>
        <w:rPr>
          <w:rFonts w:ascii="Bebas Neue" w:hAnsi="Bebas Neue"/>
          <w:b/>
          <w:sz w:val="44"/>
          <w:szCs w:val="32"/>
        </w:rPr>
      </w:pPr>
    </w:p>
    <w:p w14:paraId="658A7C1A" w14:textId="551AA5A8" w:rsidR="00AC665F" w:rsidRDefault="001065D6" w:rsidP="00556345">
      <w:pPr>
        <w:rPr>
          <w:rFonts w:ascii="Bebas Neue" w:hAnsi="Bebas Neue"/>
          <w:b/>
          <w:sz w:val="44"/>
          <w:szCs w:val="32"/>
        </w:rPr>
      </w:pPr>
      <w:r>
        <w:rPr>
          <w:rFonts w:ascii="Bebas Neue" w:hAnsi="Bebas Neue"/>
          <w:b/>
          <w:noProof/>
          <w:sz w:val="56"/>
          <w:szCs w:val="56"/>
        </w:rPr>
        <mc:AlternateContent>
          <mc:Choice Requires="wpg">
            <w:drawing>
              <wp:anchor distT="0" distB="0" distL="114300" distR="114300" simplePos="0" relativeHeight="251672576" behindDoc="0" locked="0" layoutInCell="1" allowOverlap="1" wp14:anchorId="67D7251F" wp14:editId="4DF42028">
                <wp:simplePos x="0" y="0"/>
                <wp:positionH relativeFrom="column">
                  <wp:posOffset>4600575</wp:posOffset>
                </wp:positionH>
                <wp:positionV relativeFrom="paragraph">
                  <wp:posOffset>468630</wp:posOffset>
                </wp:positionV>
                <wp:extent cx="2028825" cy="1238250"/>
                <wp:effectExtent l="0" t="0" r="0" b="0"/>
                <wp:wrapTight wrapText="bothSides">
                  <wp:wrapPolygon edited="0">
                    <wp:start x="10817" y="3988"/>
                    <wp:lineTo x="3786" y="4431"/>
                    <wp:lineTo x="2163" y="5095"/>
                    <wp:lineTo x="2299" y="17723"/>
                    <wp:lineTo x="9465" y="17723"/>
                    <wp:lineTo x="19335" y="17280"/>
                    <wp:lineTo x="19741" y="15729"/>
                    <wp:lineTo x="18389" y="15065"/>
                    <wp:lineTo x="19200" y="13957"/>
                    <wp:lineTo x="19200" y="12628"/>
                    <wp:lineTo x="18389" y="11520"/>
                    <wp:lineTo x="19470" y="11298"/>
                    <wp:lineTo x="19606" y="10412"/>
                    <wp:lineTo x="18794" y="7975"/>
                    <wp:lineTo x="19741" y="6203"/>
                    <wp:lineTo x="19065" y="4431"/>
                    <wp:lineTo x="11628" y="3988"/>
                    <wp:lineTo x="10817" y="3988"/>
                  </wp:wrapPolygon>
                </wp:wrapTight>
                <wp:docPr id="1339034689" name="Group 8"/>
                <wp:cNvGraphicFramePr/>
                <a:graphic xmlns:a="http://schemas.openxmlformats.org/drawingml/2006/main">
                  <a:graphicData uri="http://schemas.microsoft.com/office/word/2010/wordprocessingGroup">
                    <wpg:wgp>
                      <wpg:cNvGrpSpPr/>
                      <wpg:grpSpPr>
                        <a:xfrm>
                          <a:off x="0" y="0"/>
                          <a:ext cx="2028825" cy="1238250"/>
                          <a:chOff x="0" y="0"/>
                          <a:chExt cx="2028825" cy="1238250"/>
                        </a:xfrm>
                      </wpg:grpSpPr>
                      <pic:pic xmlns:pic="http://schemas.openxmlformats.org/drawingml/2006/picture">
                        <pic:nvPicPr>
                          <pic:cNvPr id="1840992787" name="Picture 2" descr="Yellow and pink text on a black background&#10;&#10;AI-generated content may be incorrect."/>
                          <pic:cNvPicPr>
                            <a:picLocks noChangeAspect="1"/>
                          </pic:cNvPicPr>
                        </pic:nvPicPr>
                        <pic:blipFill>
                          <a:blip r:embed="rId6"/>
                          <a:stretch>
                            <a:fillRect/>
                          </a:stretch>
                        </pic:blipFill>
                        <pic:spPr>
                          <a:xfrm>
                            <a:off x="790575" y="0"/>
                            <a:ext cx="1238250" cy="1238250"/>
                          </a:xfrm>
                          <a:prstGeom prst="rect">
                            <a:avLst/>
                          </a:prstGeom>
                        </pic:spPr>
                      </pic:pic>
                      <pic:pic xmlns:pic="http://schemas.openxmlformats.org/drawingml/2006/picture">
                        <pic:nvPicPr>
                          <pic:cNvPr id="1740991135" name="Picture 3" descr="A pink and yellow text with black background&#10;&#10;AI-generated content may be incorrect."/>
                          <pic:cNvPicPr>
                            <a:picLocks noChangeAspect="1"/>
                          </pic:cNvPicPr>
                        </pic:nvPicPr>
                        <pic:blipFill>
                          <a:blip r:embed="rId7"/>
                          <a:stretch>
                            <a:fillRect/>
                          </a:stretch>
                        </pic:blipFill>
                        <pic:spPr>
                          <a:xfrm>
                            <a:off x="0" y="76200"/>
                            <a:ext cx="1123950" cy="1123950"/>
                          </a:xfrm>
                          <a:prstGeom prst="rect">
                            <a:avLst/>
                          </a:prstGeom>
                        </pic:spPr>
                      </pic:pic>
                    </wpg:wgp>
                  </a:graphicData>
                </a:graphic>
              </wp:anchor>
            </w:drawing>
          </mc:Choice>
          <mc:Fallback>
            <w:pict>
              <v:group w14:anchorId="762DD708" id="Group 8" o:spid="_x0000_s1026" style="position:absolute;margin-left:362.25pt;margin-top:36.9pt;width:159.75pt;height:97.5pt;z-index:251672576" coordsize="20288,123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A2YMDAQAAAAAg/9dGUF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Sbs+U0AACAA&#13;&#10;SURBVFVVVVVVVVVVVVVVVVVVVVVVVVVVVVVVVVVVVWHv/nXbyPI9gZ97uSCmAftCcGSFG2woAZMq&#13;&#10;8Zl0Ar6AHmGDG96diGS0M+GG9wH0AnoB0YkeQAo7mNCOBOJawC4KILyBqTYtS7JYdVi/+vP5AA10&#13;&#10;u23VF+o+JFX1+54D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KLWlvkAACAASURBV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24EAAAAAAAMj/tRFU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Wn9mP8AABoHSURBVF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2IMDAQAAAAAg/9dGUF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WkPDggAAAAAhPx/3Z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LAQDcNlg5psaG0AAAAASUVORK5CYIJQ&#13;&#10;SwMECgAAAAAAAAAhACUwJwDjiQQA44kEABQAAABkcnMvbWVkaWEvaW1hZ2UyLnBuZ4lQTkcNChoK&#13;&#10;AAAADUlIRFIAAA20AAANtAgGAAAAl44q9QAAAAlwSFlzAAAuIwAALiMBeKU/dgAAIABJREFUeJzs&#13;&#10;wQEBAAAAgJD+r+4IC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gNmDAwEAAAAAIP/XRlB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Um7PlNAAAgAElEQVRVVVVVVVVV&#13;&#10;VVVVVVVVVVVVVVVVVVVVVVVVVVVh735628yyPEH/LJISaVu2pEBnOl1dLSKcwDQwQKcGiNlpYOWm&#13;&#10;th1ABwbojexVA7OZmEWvZWV8g/kEFanVoJEDVC67NlY03LPKRSQwqFU6Wp7qcqmyYMnhf5RMSp4F&#13;&#10;ybDCIdmyRPLlSz0PQEhhS3wPGce6V/c9514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8P/ZgwMBAAAAACD/10ZQ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w5FvMQAAB+VJREFU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aQ8OCQAAAAAE/X/tBjs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">
                <v:shape id="Picture 2" o:spid="_x0000_s1027" type="#_x0000_t75" alt="Yellow and pink text on a black background&#10;&#10;AI-generated content may be incorrect." style="position:absolute;left:7905;width:12383;height:123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">
                  <v:imagedata r:id="rId8" o:title="Yellow and pink text on a black background&#10;&#10;AI-generated content may be incorrect"/>
                </v:shape>
                <v:shape id="Picture 3" o:spid="_x0000_s1028" type="#_x0000_t75" alt="A pink and yellow text with black background&#10;&#10;AI-generated content may be incorrect." style="position:absolute;top:762;width:11239;height:112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">
                  <v:imagedata r:id="rId9" o:title="A pink and yellow text with black background&#10;&#10;AI-generated content may be incorrect"/>
                </v:shape>
                <w10:wrap type="tight"/>
              </v:group>
            </w:pict>
          </mc:Fallback>
        </mc:AlternateContent>
      </w:r>
    </w:p>
    <w:p w14:paraId="0CA70DD1" w14:textId="77777777" w:rsidR="001065D6" w:rsidRDefault="001065D6" w:rsidP="00556345">
      <w:pPr>
        <w:rPr>
          <w:rFonts w:ascii="Bebas Neue" w:hAnsi="Bebas Neue"/>
          <w:b/>
          <w:sz w:val="44"/>
          <w:szCs w:val="32"/>
        </w:rPr>
      </w:pPr>
    </w:p>
    <w:p w14:paraId="3F1B17EC" w14:textId="6F5F9515" w:rsidR="00556345" w:rsidRPr="00AC665F" w:rsidRDefault="000A5C64" w:rsidP="00556345">
      <w:pPr>
        <w:rPr>
          <w:rFonts w:ascii="Bebas Neue" w:hAnsi="Bebas Neue"/>
          <w:b/>
          <w:sz w:val="44"/>
          <w:szCs w:val="32"/>
        </w:rPr>
      </w:pPr>
      <w:r w:rsidRPr="00AC665F">
        <w:rPr>
          <w:rFonts w:ascii="Bebas Neue" w:hAnsi="Bebas Neue"/>
          <w:b/>
          <w:sz w:val="44"/>
          <w:szCs w:val="32"/>
        </w:rPr>
        <w:lastRenderedPageBreak/>
        <w:t>FURTHER INFORMATION</w:t>
      </w:r>
    </w:p>
    <w:p w14:paraId="3C18EACE" w14:textId="6997F4D2" w:rsidR="00556345" w:rsidRPr="00556345" w:rsidRDefault="00556345" w:rsidP="00556345">
      <w:pPr>
        <w:rPr>
          <w:rFonts w:ascii="Courier New" w:hAnsi="Courier New" w:cs="Courier New"/>
          <w:lang w:val="en-GB"/>
        </w:rPr>
      </w:pPr>
      <w:r w:rsidRPr="00556345">
        <w:rPr>
          <w:rFonts w:ascii="Courier New" w:hAnsi="Courier New" w:cs="Courier New"/>
          <w:b/>
          <w:bCs/>
          <w:lang w:val="en-GB"/>
        </w:rPr>
        <w:t>The Data Protection Act 1998</w:t>
      </w:r>
      <w:r w:rsidRPr="00556345">
        <w:rPr>
          <w:rFonts w:ascii="Courier New" w:hAnsi="Courier New" w:cs="Courier New"/>
          <w:lang w:val="en-GB"/>
        </w:rPr>
        <w:t xml:space="preserve"> requires that any staff handling personal data on others must follow certain principles in relation to the data that they hold.  Individuals have rights of access to data that is held on them and rights to claim for damages if various offences occur.  This covers manual as well as computerised records.</w:t>
      </w:r>
    </w:p>
    <w:p w14:paraId="233F9E49" w14:textId="05981860" w:rsidR="00556345" w:rsidRPr="00556345" w:rsidRDefault="00556345" w:rsidP="00556345">
      <w:pPr>
        <w:rPr>
          <w:rFonts w:ascii="Courier New" w:hAnsi="Courier New" w:cs="Courier New"/>
          <w:lang w:val="en-GB"/>
        </w:rPr>
      </w:pPr>
      <w:r w:rsidRPr="00556345">
        <w:rPr>
          <w:rFonts w:ascii="Courier New" w:hAnsi="Courier New" w:cs="Courier New"/>
          <w:lang w:val="en-GB"/>
        </w:rPr>
        <w:t>In implementing the legislation, Stay Up Late adopts a simple and straightforward policy that is, so far as is possible, easy to understand and unambiguous in its application.  The Charity should not keep on record any information, opinion or judgement that we would not be comfortable showing to its subject and explaining or justifying if called upon to do so.</w:t>
      </w:r>
    </w:p>
    <w:p w14:paraId="3269A569" w14:textId="17C13196" w:rsidR="006E0763" w:rsidRDefault="00556345" w:rsidP="00556345">
      <w:pPr>
        <w:rPr>
          <w:rFonts w:ascii="Courier New" w:hAnsi="Courier New" w:cs="Courier New"/>
          <w:lang w:val="en-GB"/>
        </w:rPr>
      </w:pPr>
      <w:r w:rsidRPr="00556345">
        <w:rPr>
          <w:rFonts w:ascii="Courier New" w:hAnsi="Courier New" w:cs="Courier New"/>
          <w:lang w:val="en-GB"/>
        </w:rPr>
        <w:t xml:space="preserve">If you are unsuccessful in this application, we will keep this form on file for 6 months should you wish to be </w:t>
      </w:r>
      <w:r w:rsidRPr="00556345">
        <w:rPr>
          <w:rFonts w:ascii="Courier New" w:hAnsi="Courier New" w:cs="Courier New"/>
          <w:lang w:val="en-GB"/>
        </w:rPr>
        <w:br/>
        <w:t xml:space="preserve">considered for other voluntary or paid vacancies as they arise. </w:t>
      </w:r>
    </w:p>
    <w:p w14:paraId="6FE41940" w14:textId="39D5F527" w:rsidR="006E0763" w:rsidRPr="00AC665F" w:rsidRDefault="00556345" w:rsidP="00AC665F">
      <w:pPr>
        <w:rPr>
          <w:rFonts w:ascii="Courier New" w:hAnsi="Courier New"/>
        </w:rPr>
      </w:pPr>
      <w:r w:rsidRPr="00556345">
        <w:rPr>
          <w:rFonts w:ascii="Courier New" w:hAnsi="Courier New" w:cs="Courier New"/>
          <w:lang w:val="en-GB"/>
        </w:rPr>
        <w:t>Please tick to show your agreement to this</w:t>
      </w:r>
      <w:r w:rsidRPr="00063D1A">
        <w:rPr>
          <w:rFonts w:ascii="Courier New" w:hAnsi="Courier New" w:cs="Courier New"/>
          <w:lang w:val="en-GB"/>
        </w:rPr>
        <w:t xml:space="preserve">: </w:t>
      </w:r>
      <w:r w:rsidR="00987DBC">
        <w:rPr>
          <w:rFonts w:ascii="Courier New" w:hAnsi="Courier New"/>
          <w:szCs w:val="28"/>
        </w:rPr>
        <w:fldChar w:fldCharType="begin">
          <w:ffData>
            <w:name w:val="Check1"/>
            <w:enabled/>
            <w:calcOnExit w:val="0"/>
            <w:checkBox>
              <w:sizeAuto/>
              <w:default w:val="0"/>
            </w:checkBox>
          </w:ffData>
        </w:fldChar>
      </w:r>
      <w:r w:rsidR="00987DBC">
        <w:rPr>
          <w:rFonts w:ascii="Courier New" w:hAnsi="Courier New"/>
          <w:szCs w:val="28"/>
        </w:rPr>
        <w:instrText xml:space="preserve"> FORMCHECKBOX </w:instrText>
      </w:r>
      <w:r w:rsidR="00987DBC">
        <w:rPr>
          <w:rFonts w:ascii="Courier New" w:hAnsi="Courier New"/>
          <w:szCs w:val="28"/>
        </w:rPr>
      </w:r>
      <w:r w:rsidR="00987DBC">
        <w:rPr>
          <w:rFonts w:ascii="Courier New" w:hAnsi="Courier New"/>
          <w:szCs w:val="28"/>
        </w:rPr>
        <w:fldChar w:fldCharType="separate"/>
      </w:r>
      <w:r w:rsidR="00987DBC">
        <w:rPr>
          <w:rFonts w:ascii="Courier New" w:hAnsi="Courier New"/>
          <w:szCs w:val="28"/>
        </w:rPr>
        <w:fldChar w:fldCharType="end"/>
      </w:r>
    </w:p>
    <w:p w14:paraId="408AD6AF" w14:textId="77777777" w:rsidR="00F50186" w:rsidRDefault="00F50186" w:rsidP="00556345">
      <w:pPr>
        <w:pStyle w:val="BodyText"/>
        <w:tabs>
          <w:tab w:val="left" w:pos="2160"/>
          <w:tab w:val="left" w:pos="7380"/>
        </w:tabs>
        <w:spacing w:before="120" w:after="60"/>
        <w:rPr>
          <w:rFonts w:ascii="Courier New" w:hAnsi="Courier New" w:cs="Courier New"/>
          <w:b/>
          <w:bCs/>
        </w:rPr>
      </w:pPr>
    </w:p>
    <w:p w14:paraId="4B2F2DFC" w14:textId="708BDC2E" w:rsidR="001E0E7A" w:rsidRPr="00063D1A" w:rsidRDefault="00556345" w:rsidP="00556345">
      <w:pPr>
        <w:pStyle w:val="BodyText"/>
        <w:tabs>
          <w:tab w:val="left" w:pos="2160"/>
          <w:tab w:val="left" w:pos="7380"/>
        </w:tabs>
        <w:spacing w:before="120" w:after="60"/>
        <w:rPr>
          <w:rFonts w:ascii="Courier New" w:hAnsi="Courier New" w:cs="Courier New"/>
        </w:rPr>
      </w:pPr>
      <w:r w:rsidRPr="00063D1A">
        <w:rPr>
          <w:rFonts w:ascii="Courier New" w:hAnsi="Courier New" w:cs="Courier New"/>
          <w:b/>
          <w:bCs/>
        </w:rPr>
        <w:t>Disciplinary Record</w:t>
      </w:r>
      <w:r w:rsidRPr="00063D1A">
        <w:rPr>
          <w:rFonts w:ascii="Courier New" w:hAnsi="Courier New" w:cs="Courier New"/>
        </w:rPr>
        <w:t>:</w:t>
      </w:r>
      <w:r w:rsidRPr="00063D1A">
        <w:rPr>
          <w:rFonts w:ascii="Courier New" w:hAnsi="Courier New" w:cs="Courier New"/>
        </w:rPr>
        <w:tab/>
      </w:r>
    </w:p>
    <w:p w14:paraId="484FD108" w14:textId="77777777" w:rsidR="006E0763" w:rsidRDefault="00556345" w:rsidP="00556345">
      <w:pPr>
        <w:pStyle w:val="BodyText"/>
        <w:tabs>
          <w:tab w:val="left" w:pos="2160"/>
          <w:tab w:val="left" w:pos="7380"/>
        </w:tabs>
        <w:spacing w:before="120" w:after="60"/>
        <w:rPr>
          <w:rFonts w:ascii="Courier New" w:hAnsi="Courier New" w:cs="Courier New"/>
        </w:rPr>
      </w:pPr>
      <w:r w:rsidRPr="00063D1A">
        <w:rPr>
          <w:rFonts w:ascii="Courier New" w:hAnsi="Courier New" w:cs="Courier New"/>
        </w:rPr>
        <w:t>Have you ever been the subject of disciplinary action in the past?</w:t>
      </w:r>
    </w:p>
    <w:p w14:paraId="4DCE6F18" w14:textId="09D6C770" w:rsidR="00556345" w:rsidRDefault="00556345" w:rsidP="00556345">
      <w:pPr>
        <w:pStyle w:val="BodyText"/>
        <w:tabs>
          <w:tab w:val="left" w:pos="2160"/>
          <w:tab w:val="left" w:pos="7380"/>
        </w:tabs>
        <w:spacing w:before="120" w:after="60"/>
        <w:rPr>
          <w:rFonts w:ascii="Courier New" w:hAnsi="Courier New"/>
        </w:rPr>
      </w:pPr>
      <w:r w:rsidRPr="00063D1A">
        <w:rPr>
          <w:rFonts w:ascii="Courier New" w:hAnsi="Courier New" w:cs="Courier New"/>
        </w:rPr>
        <w:t>No</w:t>
      </w:r>
      <w:r w:rsidR="001E0E7A" w:rsidRPr="00063D1A">
        <w:rPr>
          <w:rFonts w:ascii="Courier New" w:hAnsi="Courier New" w:cs="Courier New"/>
        </w:rPr>
        <w:t xml:space="preserve"> </w:t>
      </w:r>
      <w:r w:rsidR="00987DBC">
        <w:rPr>
          <w:rFonts w:ascii="Courier New" w:hAnsi="Courier New"/>
          <w:szCs w:val="28"/>
        </w:rPr>
        <w:fldChar w:fldCharType="begin">
          <w:ffData>
            <w:name w:val="Check1"/>
            <w:enabled/>
            <w:calcOnExit w:val="0"/>
            <w:checkBox>
              <w:sizeAuto/>
              <w:default w:val="0"/>
            </w:checkBox>
          </w:ffData>
        </w:fldChar>
      </w:r>
      <w:r w:rsidR="00987DBC">
        <w:rPr>
          <w:rFonts w:ascii="Courier New" w:hAnsi="Courier New"/>
          <w:szCs w:val="28"/>
        </w:rPr>
        <w:instrText xml:space="preserve"> FORMCHECKBOX </w:instrText>
      </w:r>
      <w:r w:rsidR="00987DBC">
        <w:rPr>
          <w:rFonts w:ascii="Courier New" w:hAnsi="Courier New"/>
          <w:szCs w:val="28"/>
        </w:rPr>
      </w:r>
      <w:r w:rsidR="00987DBC">
        <w:rPr>
          <w:rFonts w:ascii="Courier New" w:hAnsi="Courier New"/>
          <w:szCs w:val="28"/>
        </w:rPr>
        <w:fldChar w:fldCharType="separate"/>
      </w:r>
      <w:r w:rsidR="00987DBC">
        <w:rPr>
          <w:rFonts w:ascii="Courier New" w:hAnsi="Courier New"/>
          <w:szCs w:val="28"/>
        </w:rPr>
        <w:fldChar w:fldCharType="end"/>
      </w:r>
      <w:r w:rsidRPr="00063D1A">
        <w:rPr>
          <w:rFonts w:ascii="Courier New" w:hAnsi="Courier New" w:cs="Courier New"/>
        </w:rPr>
        <w:tab/>
        <w:t>Yes</w:t>
      </w:r>
      <w:r w:rsidR="001E0E7A" w:rsidRPr="00063D1A">
        <w:rPr>
          <w:rFonts w:ascii="Courier New" w:hAnsi="Courier New" w:cs="Courier New"/>
        </w:rPr>
        <w:t xml:space="preserve"> </w:t>
      </w:r>
      <w:r w:rsidR="00987DBC">
        <w:rPr>
          <w:rFonts w:ascii="Courier New" w:hAnsi="Courier New"/>
          <w:szCs w:val="28"/>
        </w:rPr>
        <w:fldChar w:fldCharType="begin">
          <w:ffData>
            <w:name w:val="Check1"/>
            <w:enabled/>
            <w:calcOnExit w:val="0"/>
            <w:checkBox>
              <w:sizeAuto/>
              <w:default w:val="0"/>
            </w:checkBox>
          </w:ffData>
        </w:fldChar>
      </w:r>
      <w:r w:rsidR="00987DBC">
        <w:rPr>
          <w:rFonts w:ascii="Courier New" w:hAnsi="Courier New"/>
          <w:szCs w:val="28"/>
        </w:rPr>
        <w:instrText xml:space="preserve"> FORMCHECKBOX </w:instrText>
      </w:r>
      <w:r w:rsidR="00987DBC">
        <w:rPr>
          <w:rFonts w:ascii="Courier New" w:hAnsi="Courier New"/>
          <w:szCs w:val="28"/>
        </w:rPr>
      </w:r>
      <w:r w:rsidR="00987DBC">
        <w:rPr>
          <w:rFonts w:ascii="Courier New" w:hAnsi="Courier New"/>
          <w:szCs w:val="28"/>
        </w:rPr>
        <w:fldChar w:fldCharType="separate"/>
      </w:r>
      <w:r w:rsidR="00987DBC">
        <w:rPr>
          <w:rFonts w:ascii="Courier New" w:hAnsi="Courier New"/>
          <w:szCs w:val="28"/>
        </w:rPr>
        <w:fldChar w:fldCharType="end"/>
      </w:r>
    </w:p>
    <w:p w14:paraId="610BE801" w14:textId="77777777" w:rsidR="006E0763" w:rsidRPr="00063D1A" w:rsidRDefault="006E0763" w:rsidP="00556345">
      <w:pPr>
        <w:pStyle w:val="BodyText"/>
        <w:tabs>
          <w:tab w:val="left" w:pos="2160"/>
          <w:tab w:val="left" w:pos="7380"/>
        </w:tabs>
        <w:spacing w:before="120" w:after="60"/>
        <w:rPr>
          <w:rFonts w:ascii="Courier New" w:hAnsi="Courier New" w:cs="Courier New"/>
        </w:rPr>
      </w:pPr>
    </w:p>
    <w:p w14:paraId="0388D080" w14:textId="77777777" w:rsidR="00556345" w:rsidRPr="00063D1A" w:rsidRDefault="00556345" w:rsidP="00556345">
      <w:pPr>
        <w:pStyle w:val="BodyText"/>
        <w:tabs>
          <w:tab w:val="left" w:pos="7380"/>
        </w:tabs>
        <w:spacing w:before="120" w:after="60"/>
        <w:rPr>
          <w:rFonts w:ascii="Courier New" w:hAnsi="Courier New" w:cs="Courier New"/>
        </w:rPr>
      </w:pPr>
      <w:r w:rsidRPr="00063D1A">
        <w:rPr>
          <w:rFonts w:ascii="Courier New" w:hAnsi="Courier New" w:cs="Courier New"/>
          <w:b/>
          <w:bCs/>
        </w:rPr>
        <w:t>If yes</w:t>
      </w:r>
      <w:r w:rsidRPr="00063D1A">
        <w:rPr>
          <w:rFonts w:ascii="Courier New" w:hAnsi="Courier New" w:cs="Courier New"/>
        </w:rPr>
        <w:t xml:space="preserve">, please give details below </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2520"/>
        <w:gridCol w:w="2880"/>
        <w:gridCol w:w="3060"/>
      </w:tblGrid>
      <w:tr w:rsidR="00F50186" w:rsidRPr="00063D1A" w14:paraId="749406BB" w14:textId="77777777" w:rsidTr="00F50186">
        <w:trPr>
          <w:trHeight w:val="338"/>
        </w:trPr>
        <w:tc>
          <w:tcPr>
            <w:tcW w:w="1620" w:type="dxa"/>
            <w:shd w:val="clear" w:color="auto" w:fill="E6E6E6"/>
            <w:vAlign w:val="center"/>
          </w:tcPr>
          <w:p w14:paraId="32B37DBE" w14:textId="77777777" w:rsidR="00556345" w:rsidRPr="00063D1A" w:rsidRDefault="00556345" w:rsidP="00D20388">
            <w:pPr>
              <w:pStyle w:val="BodyText"/>
              <w:tabs>
                <w:tab w:val="left" w:pos="7380"/>
              </w:tabs>
              <w:spacing w:before="40" w:after="40"/>
              <w:rPr>
                <w:rFonts w:ascii="Courier New" w:hAnsi="Courier New" w:cs="Courier New"/>
                <w:b/>
                <w:bCs/>
              </w:rPr>
            </w:pPr>
            <w:r w:rsidRPr="00063D1A">
              <w:rPr>
                <w:rFonts w:ascii="Courier New" w:hAnsi="Courier New" w:cs="Courier New"/>
                <w:b/>
                <w:bCs/>
              </w:rPr>
              <w:t>Date</w:t>
            </w:r>
          </w:p>
        </w:tc>
        <w:tc>
          <w:tcPr>
            <w:tcW w:w="2520" w:type="dxa"/>
            <w:shd w:val="clear" w:color="auto" w:fill="E6E6E6"/>
            <w:vAlign w:val="center"/>
          </w:tcPr>
          <w:p w14:paraId="2AEBA131" w14:textId="77777777" w:rsidR="00556345" w:rsidRPr="00063D1A" w:rsidRDefault="00556345" w:rsidP="00D20388">
            <w:pPr>
              <w:pStyle w:val="BodyText"/>
              <w:tabs>
                <w:tab w:val="left" w:pos="7380"/>
              </w:tabs>
              <w:spacing w:before="40" w:after="40"/>
              <w:rPr>
                <w:rFonts w:ascii="Courier New" w:hAnsi="Courier New" w:cs="Courier New"/>
                <w:b/>
                <w:bCs/>
              </w:rPr>
            </w:pPr>
            <w:r w:rsidRPr="00063D1A">
              <w:rPr>
                <w:rFonts w:ascii="Courier New" w:hAnsi="Courier New" w:cs="Courier New"/>
                <w:b/>
                <w:bCs/>
              </w:rPr>
              <w:t>Employer</w:t>
            </w:r>
          </w:p>
        </w:tc>
        <w:tc>
          <w:tcPr>
            <w:tcW w:w="2880" w:type="dxa"/>
            <w:shd w:val="clear" w:color="auto" w:fill="E6E6E6"/>
            <w:vAlign w:val="center"/>
          </w:tcPr>
          <w:p w14:paraId="2C938D00" w14:textId="77777777" w:rsidR="00556345" w:rsidRPr="00063D1A" w:rsidRDefault="00556345" w:rsidP="00D20388">
            <w:pPr>
              <w:pStyle w:val="BodyText"/>
              <w:tabs>
                <w:tab w:val="left" w:pos="7380"/>
              </w:tabs>
              <w:spacing w:before="40" w:after="40"/>
              <w:rPr>
                <w:rFonts w:ascii="Courier New" w:hAnsi="Courier New" w:cs="Courier New"/>
                <w:b/>
                <w:bCs/>
              </w:rPr>
            </w:pPr>
            <w:r w:rsidRPr="00063D1A">
              <w:rPr>
                <w:rFonts w:ascii="Courier New" w:hAnsi="Courier New" w:cs="Courier New"/>
                <w:b/>
                <w:bCs/>
              </w:rPr>
              <w:t>Subject</w:t>
            </w:r>
          </w:p>
        </w:tc>
        <w:tc>
          <w:tcPr>
            <w:tcW w:w="3060" w:type="dxa"/>
            <w:shd w:val="clear" w:color="auto" w:fill="E6E6E6"/>
            <w:vAlign w:val="center"/>
          </w:tcPr>
          <w:p w14:paraId="3394F552" w14:textId="77777777" w:rsidR="00556345" w:rsidRPr="00063D1A" w:rsidRDefault="00556345" w:rsidP="00D20388">
            <w:pPr>
              <w:pStyle w:val="BodyText"/>
              <w:tabs>
                <w:tab w:val="left" w:pos="7380"/>
              </w:tabs>
              <w:spacing w:before="40" w:after="40"/>
              <w:rPr>
                <w:rFonts w:ascii="Courier New" w:hAnsi="Courier New" w:cs="Courier New"/>
                <w:b/>
                <w:bCs/>
              </w:rPr>
            </w:pPr>
            <w:r w:rsidRPr="00063D1A">
              <w:rPr>
                <w:rFonts w:ascii="Courier New" w:hAnsi="Courier New" w:cs="Courier New"/>
                <w:b/>
                <w:bCs/>
              </w:rPr>
              <w:t>Outcome</w:t>
            </w:r>
          </w:p>
        </w:tc>
      </w:tr>
      <w:tr w:rsidR="00F50186" w:rsidRPr="00063D1A" w14:paraId="0C805385" w14:textId="77777777" w:rsidTr="00F50186">
        <w:trPr>
          <w:cantSplit/>
          <w:trHeight w:val="579"/>
        </w:trPr>
        <w:tc>
          <w:tcPr>
            <w:tcW w:w="1620" w:type="dxa"/>
            <w:tcBorders>
              <w:bottom w:val="single" w:sz="4" w:space="0" w:color="auto"/>
            </w:tcBorders>
          </w:tcPr>
          <w:p w14:paraId="6DD319C2" w14:textId="77777777" w:rsidR="00556345" w:rsidRPr="00063D1A" w:rsidRDefault="00556345" w:rsidP="00D20388">
            <w:pPr>
              <w:pStyle w:val="BodyText"/>
              <w:tabs>
                <w:tab w:val="left" w:pos="7380"/>
              </w:tabs>
              <w:spacing w:before="20" w:after="20"/>
              <w:rPr>
                <w:rFonts w:ascii="Courier New" w:hAnsi="Courier New" w:cs="Courier New"/>
              </w:rPr>
            </w:pPr>
          </w:p>
          <w:p w14:paraId="569021FC" w14:textId="77777777" w:rsidR="00556345" w:rsidRPr="00063D1A" w:rsidRDefault="00556345" w:rsidP="00D20388">
            <w:pPr>
              <w:pStyle w:val="BodyText"/>
              <w:tabs>
                <w:tab w:val="left" w:pos="7380"/>
              </w:tabs>
              <w:spacing w:before="20" w:after="20"/>
              <w:rPr>
                <w:rFonts w:ascii="Courier New" w:hAnsi="Courier New" w:cs="Courier New"/>
              </w:rPr>
            </w:pPr>
          </w:p>
          <w:p w14:paraId="727499C9" w14:textId="77777777" w:rsidR="00556345" w:rsidRPr="00063D1A" w:rsidRDefault="00556345" w:rsidP="00D20388">
            <w:pPr>
              <w:pStyle w:val="BodyText"/>
              <w:tabs>
                <w:tab w:val="left" w:pos="7380"/>
              </w:tabs>
              <w:spacing w:before="20" w:after="20"/>
              <w:rPr>
                <w:rFonts w:ascii="Courier New" w:hAnsi="Courier New" w:cs="Courier New"/>
              </w:rPr>
            </w:pPr>
          </w:p>
        </w:tc>
        <w:tc>
          <w:tcPr>
            <w:tcW w:w="2520" w:type="dxa"/>
            <w:tcBorders>
              <w:bottom w:val="single" w:sz="4" w:space="0" w:color="auto"/>
            </w:tcBorders>
          </w:tcPr>
          <w:p w14:paraId="7E3C9AAB" w14:textId="77777777" w:rsidR="00556345" w:rsidRPr="00063D1A" w:rsidRDefault="00556345" w:rsidP="00D20388">
            <w:pPr>
              <w:pStyle w:val="BodyText"/>
              <w:tabs>
                <w:tab w:val="left" w:pos="7380"/>
              </w:tabs>
              <w:spacing w:before="20" w:after="20"/>
              <w:rPr>
                <w:rFonts w:ascii="Courier New" w:hAnsi="Courier New" w:cs="Courier New"/>
              </w:rPr>
            </w:pPr>
          </w:p>
        </w:tc>
        <w:tc>
          <w:tcPr>
            <w:tcW w:w="2880" w:type="dxa"/>
            <w:tcBorders>
              <w:bottom w:val="single" w:sz="4" w:space="0" w:color="auto"/>
            </w:tcBorders>
          </w:tcPr>
          <w:p w14:paraId="76068C7A" w14:textId="77777777" w:rsidR="00556345" w:rsidRPr="00063D1A" w:rsidRDefault="00556345" w:rsidP="00D20388">
            <w:pPr>
              <w:pStyle w:val="BodyText"/>
              <w:tabs>
                <w:tab w:val="left" w:pos="7380"/>
              </w:tabs>
              <w:spacing w:before="20" w:after="20"/>
              <w:rPr>
                <w:rFonts w:ascii="Courier New" w:hAnsi="Courier New" w:cs="Courier New"/>
              </w:rPr>
            </w:pPr>
          </w:p>
        </w:tc>
        <w:tc>
          <w:tcPr>
            <w:tcW w:w="3060" w:type="dxa"/>
            <w:tcBorders>
              <w:bottom w:val="single" w:sz="4" w:space="0" w:color="auto"/>
            </w:tcBorders>
          </w:tcPr>
          <w:p w14:paraId="744815FC" w14:textId="77777777" w:rsidR="00556345" w:rsidRPr="00063D1A" w:rsidRDefault="00556345" w:rsidP="00D20388">
            <w:pPr>
              <w:pStyle w:val="BodyText"/>
              <w:tabs>
                <w:tab w:val="left" w:pos="7380"/>
              </w:tabs>
              <w:spacing w:before="20" w:after="20"/>
              <w:rPr>
                <w:rFonts w:ascii="Courier New" w:hAnsi="Courier New" w:cs="Courier New"/>
              </w:rPr>
            </w:pPr>
          </w:p>
        </w:tc>
      </w:tr>
    </w:tbl>
    <w:p w14:paraId="3210C93E" w14:textId="77777777" w:rsidR="00556345" w:rsidRPr="00063D1A" w:rsidRDefault="00556345" w:rsidP="00556345">
      <w:pPr>
        <w:pStyle w:val="BodyText"/>
        <w:tabs>
          <w:tab w:val="left" w:pos="0"/>
          <w:tab w:val="left" w:pos="7380"/>
        </w:tabs>
        <w:rPr>
          <w:rFonts w:ascii="Courier New" w:hAnsi="Courier New" w:cs="Courier New"/>
        </w:rPr>
      </w:pPr>
    </w:p>
    <w:p w14:paraId="71382704" w14:textId="77777777" w:rsidR="006E0763" w:rsidRDefault="006E0763" w:rsidP="00556345">
      <w:pPr>
        <w:pStyle w:val="BodyText"/>
        <w:tabs>
          <w:tab w:val="left" w:pos="0"/>
          <w:tab w:val="left" w:pos="2160"/>
          <w:tab w:val="left" w:pos="7380"/>
        </w:tabs>
        <w:rPr>
          <w:rFonts w:ascii="Courier New" w:hAnsi="Courier New" w:cs="Courier New"/>
          <w:b/>
          <w:bCs/>
        </w:rPr>
      </w:pPr>
    </w:p>
    <w:p w14:paraId="490524A4" w14:textId="20D046C8" w:rsidR="00556345" w:rsidRPr="00063D1A" w:rsidRDefault="00556345" w:rsidP="00556345">
      <w:pPr>
        <w:pStyle w:val="BodyText"/>
        <w:tabs>
          <w:tab w:val="left" w:pos="0"/>
          <w:tab w:val="left" w:pos="2160"/>
          <w:tab w:val="left" w:pos="7380"/>
        </w:tabs>
        <w:rPr>
          <w:rFonts w:ascii="Courier New" w:hAnsi="Courier New" w:cs="Courier New"/>
        </w:rPr>
      </w:pPr>
      <w:r w:rsidRPr="00063D1A">
        <w:rPr>
          <w:rFonts w:ascii="Courier New" w:hAnsi="Courier New" w:cs="Courier New"/>
          <w:b/>
          <w:bCs/>
        </w:rPr>
        <w:t>Convictions</w:t>
      </w:r>
      <w:r w:rsidRPr="00063D1A">
        <w:rPr>
          <w:rFonts w:ascii="Courier New" w:hAnsi="Courier New" w:cs="Courier New"/>
        </w:rPr>
        <w:t xml:space="preserve">: Have you ever been cautioned by the police or convicted of a criminal offence?         </w:t>
      </w:r>
    </w:p>
    <w:p w14:paraId="655B8E9A" w14:textId="5E4A31BB" w:rsidR="00556345" w:rsidRPr="00063D1A" w:rsidRDefault="00556345" w:rsidP="00556345">
      <w:pPr>
        <w:pStyle w:val="BodyText"/>
        <w:tabs>
          <w:tab w:val="left" w:pos="0"/>
          <w:tab w:val="left" w:pos="2160"/>
          <w:tab w:val="left" w:pos="7380"/>
        </w:tabs>
        <w:rPr>
          <w:rFonts w:ascii="Courier New" w:hAnsi="Courier New" w:cs="Courier New"/>
        </w:rPr>
      </w:pPr>
      <w:r w:rsidRPr="00063D1A">
        <w:rPr>
          <w:rFonts w:ascii="Courier New" w:hAnsi="Courier New" w:cs="Courier New"/>
        </w:rPr>
        <w:t>No</w:t>
      </w:r>
      <w:r w:rsidR="001E0E7A" w:rsidRPr="00063D1A">
        <w:rPr>
          <w:rFonts w:ascii="Courier New" w:hAnsi="Courier New" w:cs="Courier New"/>
        </w:rPr>
        <w:t xml:space="preserve"> </w:t>
      </w:r>
      <w:r w:rsidR="00987DBC">
        <w:rPr>
          <w:rFonts w:ascii="Courier New" w:hAnsi="Courier New"/>
          <w:szCs w:val="28"/>
        </w:rPr>
        <w:fldChar w:fldCharType="begin">
          <w:ffData>
            <w:name w:val="Check1"/>
            <w:enabled/>
            <w:calcOnExit w:val="0"/>
            <w:checkBox>
              <w:sizeAuto/>
              <w:default w:val="0"/>
            </w:checkBox>
          </w:ffData>
        </w:fldChar>
      </w:r>
      <w:r w:rsidR="00987DBC">
        <w:rPr>
          <w:rFonts w:ascii="Courier New" w:hAnsi="Courier New"/>
          <w:szCs w:val="28"/>
        </w:rPr>
        <w:instrText xml:space="preserve"> FORMCHECKBOX </w:instrText>
      </w:r>
      <w:r w:rsidR="00987DBC">
        <w:rPr>
          <w:rFonts w:ascii="Courier New" w:hAnsi="Courier New"/>
          <w:szCs w:val="28"/>
        </w:rPr>
      </w:r>
      <w:r w:rsidR="00987DBC">
        <w:rPr>
          <w:rFonts w:ascii="Courier New" w:hAnsi="Courier New"/>
          <w:szCs w:val="28"/>
        </w:rPr>
        <w:fldChar w:fldCharType="separate"/>
      </w:r>
      <w:r w:rsidR="00987DBC">
        <w:rPr>
          <w:rFonts w:ascii="Courier New" w:hAnsi="Courier New"/>
          <w:szCs w:val="28"/>
        </w:rPr>
        <w:fldChar w:fldCharType="end"/>
      </w:r>
      <w:r w:rsidRPr="00063D1A">
        <w:rPr>
          <w:rFonts w:ascii="Courier New" w:hAnsi="Courier New" w:cs="Courier New"/>
        </w:rPr>
        <w:tab/>
        <w:t xml:space="preserve">Yes </w:t>
      </w:r>
      <w:r w:rsidR="00987DBC">
        <w:rPr>
          <w:rFonts w:ascii="Courier New" w:hAnsi="Courier New"/>
          <w:szCs w:val="28"/>
        </w:rPr>
        <w:fldChar w:fldCharType="begin">
          <w:ffData>
            <w:name w:val="Check1"/>
            <w:enabled/>
            <w:calcOnExit w:val="0"/>
            <w:checkBox>
              <w:sizeAuto/>
              <w:default w:val="0"/>
            </w:checkBox>
          </w:ffData>
        </w:fldChar>
      </w:r>
      <w:r w:rsidR="00987DBC">
        <w:rPr>
          <w:rFonts w:ascii="Courier New" w:hAnsi="Courier New"/>
          <w:szCs w:val="28"/>
        </w:rPr>
        <w:instrText xml:space="preserve"> FORMCHECKBOX </w:instrText>
      </w:r>
      <w:r w:rsidR="00987DBC">
        <w:rPr>
          <w:rFonts w:ascii="Courier New" w:hAnsi="Courier New"/>
          <w:szCs w:val="28"/>
        </w:rPr>
      </w:r>
      <w:r w:rsidR="00987DBC">
        <w:rPr>
          <w:rFonts w:ascii="Courier New" w:hAnsi="Courier New"/>
          <w:szCs w:val="28"/>
        </w:rPr>
        <w:fldChar w:fldCharType="separate"/>
      </w:r>
      <w:r w:rsidR="00987DBC">
        <w:rPr>
          <w:rFonts w:ascii="Courier New" w:hAnsi="Courier New"/>
          <w:szCs w:val="28"/>
        </w:rPr>
        <w:fldChar w:fldCharType="end"/>
      </w:r>
      <w:r w:rsidRPr="00063D1A">
        <w:rPr>
          <w:rFonts w:ascii="Courier New" w:hAnsi="Courier New" w:cs="Courier New"/>
        </w:rPr>
        <w:t xml:space="preserve">  </w:t>
      </w:r>
      <w:r w:rsidRPr="00063D1A">
        <w:rPr>
          <w:rFonts w:ascii="Courier New" w:hAnsi="Courier New" w:cs="Courier New"/>
        </w:rPr>
        <w:tab/>
      </w:r>
    </w:p>
    <w:p w14:paraId="6F76F5A4" w14:textId="719E8496" w:rsidR="00556345" w:rsidRPr="00063D1A" w:rsidRDefault="001065D6" w:rsidP="00556345">
      <w:pPr>
        <w:pStyle w:val="BodyText"/>
        <w:tabs>
          <w:tab w:val="left" w:pos="0"/>
          <w:tab w:val="left" w:pos="2160"/>
          <w:tab w:val="left" w:pos="7380"/>
        </w:tabs>
        <w:rPr>
          <w:rFonts w:ascii="Courier New" w:hAnsi="Courier New" w:cs="Courier New"/>
        </w:rPr>
      </w:pPr>
      <w:r>
        <w:rPr>
          <w:rFonts w:ascii="Bebas Neue" w:hAnsi="Bebas Neue"/>
          <w:b/>
          <w:noProof/>
          <w:sz w:val="56"/>
          <w:szCs w:val="56"/>
        </w:rPr>
        <mc:AlternateContent>
          <mc:Choice Requires="wpg">
            <w:drawing>
              <wp:anchor distT="0" distB="0" distL="114300" distR="114300" simplePos="0" relativeHeight="251670528" behindDoc="0" locked="0" layoutInCell="1" allowOverlap="1" wp14:anchorId="1F30516E" wp14:editId="09FF7599">
                <wp:simplePos x="0" y="0"/>
                <wp:positionH relativeFrom="column">
                  <wp:posOffset>4600575</wp:posOffset>
                </wp:positionH>
                <wp:positionV relativeFrom="paragraph">
                  <wp:posOffset>76835</wp:posOffset>
                </wp:positionV>
                <wp:extent cx="2028825" cy="1238250"/>
                <wp:effectExtent l="0" t="0" r="0" b="0"/>
                <wp:wrapTight wrapText="bothSides">
                  <wp:wrapPolygon edited="0">
                    <wp:start x="10817" y="3988"/>
                    <wp:lineTo x="3786" y="4431"/>
                    <wp:lineTo x="2163" y="5095"/>
                    <wp:lineTo x="2299" y="17723"/>
                    <wp:lineTo x="9465" y="17723"/>
                    <wp:lineTo x="19335" y="17280"/>
                    <wp:lineTo x="19741" y="15729"/>
                    <wp:lineTo x="18389" y="15065"/>
                    <wp:lineTo x="19200" y="13957"/>
                    <wp:lineTo x="19200" y="12628"/>
                    <wp:lineTo x="18389" y="11520"/>
                    <wp:lineTo x="19470" y="11298"/>
                    <wp:lineTo x="19606" y="10412"/>
                    <wp:lineTo x="18794" y="7975"/>
                    <wp:lineTo x="19741" y="6203"/>
                    <wp:lineTo x="19065" y="4431"/>
                    <wp:lineTo x="11628" y="3988"/>
                    <wp:lineTo x="10817" y="3988"/>
                  </wp:wrapPolygon>
                </wp:wrapTight>
                <wp:docPr id="659175216" name="Group 8"/>
                <wp:cNvGraphicFramePr/>
                <a:graphic xmlns:a="http://schemas.openxmlformats.org/drawingml/2006/main">
                  <a:graphicData uri="http://schemas.microsoft.com/office/word/2010/wordprocessingGroup">
                    <wpg:wgp>
                      <wpg:cNvGrpSpPr/>
                      <wpg:grpSpPr>
                        <a:xfrm>
                          <a:off x="0" y="0"/>
                          <a:ext cx="2028825" cy="1238250"/>
                          <a:chOff x="0" y="0"/>
                          <a:chExt cx="2028825" cy="1238250"/>
                        </a:xfrm>
                      </wpg:grpSpPr>
                      <pic:pic xmlns:pic="http://schemas.openxmlformats.org/drawingml/2006/picture">
                        <pic:nvPicPr>
                          <pic:cNvPr id="1533827905" name="Picture 2" descr="Yellow and pink text on a black background&#10;&#10;AI-generated content may be incorrect."/>
                          <pic:cNvPicPr>
                            <a:picLocks noChangeAspect="1"/>
                          </pic:cNvPicPr>
                        </pic:nvPicPr>
                        <pic:blipFill>
                          <a:blip r:embed="rId6"/>
                          <a:stretch>
                            <a:fillRect/>
                          </a:stretch>
                        </pic:blipFill>
                        <pic:spPr>
                          <a:xfrm>
                            <a:off x="790575" y="0"/>
                            <a:ext cx="1238250" cy="1238250"/>
                          </a:xfrm>
                          <a:prstGeom prst="rect">
                            <a:avLst/>
                          </a:prstGeom>
                        </pic:spPr>
                      </pic:pic>
                      <pic:pic xmlns:pic="http://schemas.openxmlformats.org/drawingml/2006/picture">
                        <pic:nvPicPr>
                          <pic:cNvPr id="772735343" name="Picture 3" descr="A pink and yellow text with black background&#10;&#10;AI-generated content may be incorrect."/>
                          <pic:cNvPicPr>
                            <a:picLocks noChangeAspect="1"/>
                          </pic:cNvPicPr>
                        </pic:nvPicPr>
                        <pic:blipFill>
                          <a:blip r:embed="rId7"/>
                          <a:stretch>
                            <a:fillRect/>
                          </a:stretch>
                        </pic:blipFill>
                        <pic:spPr>
                          <a:xfrm>
                            <a:off x="0" y="76200"/>
                            <a:ext cx="1123950" cy="1123950"/>
                          </a:xfrm>
                          <a:prstGeom prst="rect">
                            <a:avLst/>
                          </a:prstGeom>
                        </pic:spPr>
                      </pic:pic>
                    </wpg:wgp>
                  </a:graphicData>
                </a:graphic>
              </wp:anchor>
            </w:drawing>
          </mc:Choice>
          <mc:Fallback>
            <w:pict>
              <v:group w14:anchorId="1A25D9F1" id="Group 8" o:spid="_x0000_s1026" style="position:absolute;margin-left:362.25pt;margin-top:6.05pt;width:159.75pt;height:97.5pt;z-index:251670528" coordsize="20288,123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gNmDAwEAAAAAIP/XRlB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Um7PlNAAAgAElE&#13;&#10;QVRVVVVVVVVVVVVVVVVVVVVVVVVVVVVVVVVVVVVh7/5128jyPYGfe7kgpgH7QnBkhRtsKAGTKvGZ&#13;&#10;dAK+gB5hgxvenYhktDPhhvcB9AJ6AdGJHkAKO5jQjgTiWsAuCiC8gak2LUuyWHVYv/rz+QANdLtt&#13;&#10;1RfqPiRV9fueAw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i1pb5AAAgAElEQVQ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Px/&#13;&#10;9uBAAAAAAADI/7URVF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p/Zj/AAAaB0lEQVR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diDAwEAAAAAIP/XRlB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pDw4IAAAAAIT8f92Q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wEA3DZYOabGhtAAAAAElFTkSuQmCCUEsD&#13;&#10;BAoAAAAAAAAAIQAlMCcA44kEAOOJBAAUAAAAZHJzL21lZGlhL2ltYWdlMi5wbmeJUE5HDQoaCgAA&#13;&#10;AA1JSERSAAANtAAADbQIBgAAAJeOKvUAAAAJcEhZcwAALiMAAC4jAXilP3YAACAASURBVHic7MEB&#13;&#10;AQAAAICQ/q/uCAo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IDZgwMBAAAAACD/10ZQ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Juz5TQAAIABJREFUVVVVVVVVVVVV&#13;&#10;VVVVVVVVVVVVVVVVVVVVVVVVYe9+etvMsjxB/yySEmlbtqRAZzpdXS0inMA0MECnBojZaWDlprYd&#13;&#10;QAcG6I3sVQOzmZhFr2VlfIP5BBWp1aCRA1QuuzZWNNyzykUkMKhVOlqe6nKpsmDJ4X+UTEqeBcmw&#13;&#10;wiHZskTy5Us9D0BIYUt8DxnHulf3Pede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D/2YMDAQAAAAAg/9dGUF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cORbzEAAAflSURBVF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VVVVVVVVVVVVVVVVVVVVVVV&#13;&#10;VVVVVVVVVVVVVVVVVVVVVVVVVVVVVVVVVVVVVVVVVVVVVVVVVVVVVWkPDgkAAAAABP1/7QY7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">
                <v:shape id="Picture 2" o:spid="_x0000_s1027" type="#_x0000_t75" alt="Yellow and pink text on a black background&#10;&#10;AI-generated content may be incorrect." style="position:absolute;left:7905;width:12383;height:123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">
                  <v:imagedata r:id="rId8" o:title="Yellow and pink text on a black background&#10;&#10;AI-generated content may be incorrect"/>
                </v:shape>
                <v:shape id="Picture 3" o:spid="_x0000_s1028" type="#_x0000_t75" alt="A pink and yellow text with black background&#10;&#10;AI-generated content may be incorrect." style="position:absolute;top:762;width:11239;height:112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">
                  <v:imagedata r:id="rId9" o:title="A pink and yellow text with black background&#10;&#10;AI-generated content may be incorrect"/>
                </v:shape>
                <w10:wrap type="tight"/>
              </v:group>
            </w:pict>
          </mc:Fallback>
        </mc:AlternateContent>
      </w:r>
      <w:r w:rsidR="00556345" w:rsidRPr="00063D1A">
        <w:rPr>
          <w:rFonts w:ascii="Courier New" w:hAnsi="Courier New" w:cs="Courier New"/>
        </w:rPr>
        <w:t xml:space="preserve">Have you ever been referred to the children’s or adult’s ‘barred’ list?                             </w:t>
      </w:r>
    </w:p>
    <w:p w14:paraId="41BA7E61" w14:textId="4681837F" w:rsidR="00556345" w:rsidRPr="00063D1A" w:rsidRDefault="00556345" w:rsidP="00556345">
      <w:pPr>
        <w:pStyle w:val="BodyText"/>
        <w:tabs>
          <w:tab w:val="left" w:pos="0"/>
          <w:tab w:val="left" w:pos="2160"/>
          <w:tab w:val="left" w:pos="7380"/>
        </w:tabs>
        <w:rPr>
          <w:rFonts w:ascii="Courier New" w:hAnsi="Courier New" w:cs="Courier New"/>
        </w:rPr>
      </w:pPr>
      <w:r w:rsidRPr="00063D1A">
        <w:rPr>
          <w:rFonts w:ascii="Courier New" w:hAnsi="Courier New" w:cs="Courier New"/>
        </w:rPr>
        <w:t xml:space="preserve">No </w:t>
      </w:r>
      <w:r w:rsidR="00987DBC">
        <w:rPr>
          <w:rFonts w:ascii="Courier New" w:hAnsi="Courier New"/>
          <w:szCs w:val="28"/>
        </w:rPr>
        <w:fldChar w:fldCharType="begin">
          <w:ffData>
            <w:name w:val="Check1"/>
            <w:enabled/>
            <w:calcOnExit w:val="0"/>
            <w:checkBox>
              <w:sizeAuto/>
              <w:default w:val="0"/>
            </w:checkBox>
          </w:ffData>
        </w:fldChar>
      </w:r>
      <w:r w:rsidR="00987DBC">
        <w:rPr>
          <w:rFonts w:ascii="Courier New" w:hAnsi="Courier New"/>
          <w:szCs w:val="28"/>
        </w:rPr>
        <w:instrText xml:space="preserve"> FORMCHECKBOX </w:instrText>
      </w:r>
      <w:r w:rsidR="00987DBC">
        <w:rPr>
          <w:rFonts w:ascii="Courier New" w:hAnsi="Courier New"/>
          <w:szCs w:val="28"/>
        </w:rPr>
      </w:r>
      <w:r w:rsidR="00987DBC">
        <w:rPr>
          <w:rFonts w:ascii="Courier New" w:hAnsi="Courier New"/>
          <w:szCs w:val="28"/>
        </w:rPr>
        <w:fldChar w:fldCharType="separate"/>
      </w:r>
      <w:r w:rsidR="00987DBC">
        <w:rPr>
          <w:rFonts w:ascii="Courier New" w:hAnsi="Courier New"/>
          <w:szCs w:val="28"/>
        </w:rPr>
        <w:fldChar w:fldCharType="end"/>
      </w:r>
      <w:r w:rsidRPr="00063D1A">
        <w:rPr>
          <w:rFonts w:ascii="Courier New" w:hAnsi="Courier New" w:cs="Courier New"/>
        </w:rPr>
        <w:tab/>
        <w:t xml:space="preserve">Yes </w:t>
      </w:r>
      <w:r w:rsidR="00987DBC">
        <w:rPr>
          <w:rFonts w:ascii="Courier New" w:hAnsi="Courier New"/>
          <w:szCs w:val="28"/>
        </w:rPr>
        <w:fldChar w:fldCharType="begin">
          <w:ffData>
            <w:name w:val="Check1"/>
            <w:enabled/>
            <w:calcOnExit w:val="0"/>
            <w:checkBox>
              <w:sizeAuto/>
              <w:default w:val="0"/>
            </w:checkBox>
          </w:ffData>
        </w:fldChar>
      </w:r>
      <w:r w:rsidR="00987DBC">
        <w:rPr>
          <w:rFonts w:ascii="Courier New" w:hAnsi="Courier New"/>
          <w:szCs w:val="28"/>
        </w:rPr>
        <w:instrText xml:space="preserve"> FORMCHECKBOX </w:instrText>
      </w:r>
      <w:r w:rsidR="00987DBC">
        <w:rPr>
          <w:rFonts w:ascii="Courier New" w:hAnsi="Courier New"/>
          <w:szCs w:val="28"/>
        </w:rPr>
      </w:r>
      <w:r w:rsidR="00987DBC">
        <w:rPr>
          <w:rFonts w:ascii="Courier New" w:hAnsi="Courier New"/>
          <w:szCs w:val="28"/>
        </w:rPr>
        <w:fldChar w:fldCharType="separate"/>
      </w:r>
      <w:r w:rsidR="00987DBC">
        <w:rPr>
          <w:rFonts w:ascii="Courier New" w:hAnsi="Courier New"/>
          <w:szCs w:val="28"/>
        </w:rPr>
        <w:fldChar w:fldCharType="end"/>
      </w:r>
      <w:r w:rsidRPr="00063D1A">
        <w:rPr>
          <w:rFonts w:ascii="Courier New" w:hAnsi="Courier New" w:cs="Courier New"/>
        </w:rPr>
        <w:t xml:space="preserve">  </w:t>
      </w:r>
      <w:r w:rsidRPr="00063D1A">
        <w:rPr>
          <w:rFonts w:ascii="Courier New" w:hAnsi="Courier New" w:cs="Courier New"/>
        </w:rPr>
        <w:tab/>
      </w:r>
    </w:p>
    <w:p w14:paraId="2A8F1500" w14:textId="75278B15" w:rsidR="00556345" w:rsidRPr="00063D1A" w:rsidRDefault="00556345" w:rsidP="00556345">
      <w:pPr>
        <w:pStyle w:val="BodyText"/>
        <w:tabs>
          <w:tab w:val="left" w:pos="7380"/>
        </w:tabs>
        <w:rPr>
          <w:rFonts w:ascii="Courier New" w:hAnsi="Courier New" w:cs="Courier New"/>
        </w:rPr>
      </w:pPr>
    </w:p>
    <w:p w14:paraId="4E255899" w14:textId="030017BF" w:rsidR="00556345" w:rsidRPr="00063D1A" w:rsidRDefault="00556345" w:rsidP="00556345">
      <w:pPr>
        <w:pStyle w:val="BodyText"/>
        <w:tabs>
          <w:tab w:val="left" w:pos="7380"/>
        </w:tabs>
        <w:rPr>
          <w:rFonts w:ascii="Courier New" w:hAnsi="Courier New" w:cs="Courier New"/>
        </w:rPr>
      </w:pPr>
      <w:r w:rsidRPr="00063D1A">
        <w:rPr>
          <w:rFonts w:ascii="Courier New" w:hAnsi="Courier New" w:cs="Courier New"/>
          <w:b/>
          <w:bCs/>
        </w:rPr>
        <w:lastRenderedPageBreak/>
        <w:t xml:space="preserve">If </w:t>
      </w:r>
      <w:r w:rsidR="007B22FB">
        <w:rPr>
          <w:rFonts w:ascii="Courier New" w:hAnsi="Courier New" w:cs="Courier New"/>
          <w:b/>
          <w:bCs/>
        </w:rPr>
        <w:t>y</w:t>
      </w:r>
      <w:r w:rsidRPr="00063D1A">
        <w:rPr>
          <w:rFonts w:ascii="Courier New" w:hAnsi="Courier New" w:cs="Courier New"/>
          <w:b/>
          <w:bCs/>
        </w:rPr>
        <w:t>es to either question,</w:t>
      </w:r>
      <w:r w:rsidRPr="00063D1A">
        <w:rPr>
          <w:rFonts w:ascii="Courier New" w:hAnsi="Courier New" w:cs="Courier New"/>
        </w:rPr>
        <w:t xml:space="preserve"> please give details on a separate sheet, this should exclude any spent convictions under Section 4(2) of the Rehabilitation of Offenders Act 1974, unless the job for which you are applying involves working with vulnerable adults, in which case both spent and unspent convictions cautions, bindovers and pending prosecutions must be declared.</w:t>
      </w:r>
    </w:p>
    <w:p w14:paraId="09C4B6E2" w14:textId="77777777" w:rsidR="00556345" w:rsidRPr="00063D1A" w:rsidRDefault="00556345" w:rsidP="00556345">
      <w:pPr>
        <w:pStyle w:val="BodyText"/>
        <w:tabs>
          <w:tab w:val="left" w:pos="7380"/>
        </w:tabs>
        <w:rPr>
          <w:rFonts w:ascii="Courier New" w:hAnsi="Courier New" w:cs="Courier New"/>
        </w:rPr>
      </w:pPr>
    </w:p>
    <w:p w14:paraId="5AA8B2A6" w14:textId="12ED7965" w:rsidR="00556345" w:rsidRDefault="00556345" w:rsidP="00556345">
      <w:pPr>
        <w:pStyle w:val="BodyText"/>
        <w:tabs>
          <w:tab w:val="left" w:pos="7380"/>
        </w:tabs>
        <w:rPr>
          <w:rFonts w:ascii="Courier New" w:hAnsi="Courier New" w:cs="Courier New"/>
          <w:b/>
        </w:rPr>
      </w:pPr>
      <w:r w:rsidRPr="00063D1A">
        <w:rPr>
          <w:rFonts w:ascii="Courier New" w:hAnsi="Courier New" w:cs="Courier New"/>
          <w:b/>
        </w:rPr>
        <w:t>Bankruptcy</w:t>
      </w:r>
      <w:r w:rsidRPr="00063D1A">
        <w:rPr>
          <w:rFonts w:ascii="Courier New" w:hAnsi="Courier New" w:cs="Courier New"/>
        </w:rPr>
        <w:t xml:space="preserve">: </w:t>
      </w:r>
      <w:r w:rsidRPr="00063D1A">
        <w:rPr>
          <w:rFonts w:ascii="Courier New" w:hAnsi="Courier New" w:cs="Courier New"/>
          <w:b/>
        </w:rPr>
        <w:t>Only to be completed if you are applying for a finance or managerial post.</w:t>
      </w:r>
    </w:p>
    <w:p w14:paraId="0A9F28E8" w14:textId="4E6E94B5" w:rsidR="006E0763" w:rsidRPr="00063D1A" w:rsidRDefault="006E0763" w:rsidP="00556345">
      <w:pPr>
        <w:pStyle w:val="BodyText"/>
        <w:tabs>
          <w:tab w:val="left" w:pos="7380"/>
        </w:tabs>
        <w:rPr>
          <w:rFonts w:ascii="Courier New" w:hAnsi="Courier New" w:cs="Courier New"/>
          <w:b/>
        </w:rPr>
      </w:pPr>
    </w:p>
    <w:p w14:paraId="1A99A199" w14:textId="391AF0AA" w:rsidR="00556345" w:rsidRPr="00063D1A" w:rsidRDefault="00556345" w:rsidP="00556345">
      <w:pPr>
        <w:pStyle w:val="BodyText"/>
        <w:tabs>
          <w:tab w:val="left" w:pos="0"/>
          <w:tab w:val="left" w:pos="2160"/>
          <w:tab w:val="left" w:pos="7380"/>
        </w:tabs>
        <w:rPr>
          <w:rFonts w:ascii="Courier New" w:hAnsi="Courier New" w:cs="Courier New"/>
        </w:rPr>
      </w:pPr>
      <w:r w:rsidRPr="00063D1A">
        <w:rPr>
          <w:rFonts w:ascii="Courier New" w:hAnsi="Courier New" w:cs="Courier New"/>
        </w:rPr>
        <w:t xml:space="preserve">Have you been declared bankrupt or do you have an individual voluntary agreement with creditors?    </w:t>
      </w:r>
    </w:p>
    <w:p w14:paraId="12D921CF" w14:textId="411F234D" w:rsidR="00556345" w:rsidRPr="00063D1A" w:rsidRDefault="00556345" w:rsidP="00556345">
      <w:pPr>
        <w:pStyle w:val="BodyText"/>
        <w:tabs>
          <w:tab w:val="left" w:pos="0"/>
          <w:tab w:val="left" w:pos="2160"/>
          <w:tab w:val="left" w:pos="7380"/>
        </w:tabs>
        <w:rPr>
          <w:rFonts w:ascii="Aptos" w:hAnsi="Aptos"/>
          <w:sz w:val="28"/>
          <w:szCs w:val="28"/>
        </w:rPr>
      </w:pPr>
      <w:r w:rsidRPr="00063D1A">
        <w:rPr>
          <w:rFonts w:ascii="Courier New" w:hAnsi="Courier New" w:cs="Courier New"/>
        </w:rPr>
        <w:t xml:space="preserve">No </w:t>
      </w:r>
      <w:r w:rsidR="00987DBC">
        <w:rPr>
          <w:rFonts w:ascii="Courier New" w:hAnsi="Courier New"/>
          <w:szCs w:val="28"/>
        </w:rPr>
        <w:fldChar w:fldCharType="begin">
          <w:ffData>
            <w:name w:val="Check1"/>
            <w:enabled/>
            <w:calcOnExit w:val="0"/>
            <w:checkBox>
              <w:sizeAuto/>
              <w:default w:val="0"/>
            </w:checkBox>
          </w:ffData>
        </w:fldChar>
      </w:r>
      <w:r w:rsidR="00987DBC">
        <w:rPr>
          <w:rFonts w:ascii="Courier New" w:hAnsi="Courier New"/>
          <w:szCs w:val="28"/>
        </w:rPr>
        <w:instrText xml:space="preserve"> FORMCHECKBOX </w:instrText>
      </w:r>
      <w:r w:rsidR="00987DBC">
        <w:rPr>
          <w:rFonts w:ascii="Courier New" w:hAnsi="Courier New"/>
          <w:szCs w:val="28"/>
        </w:rPr>
      </w:r>
      <w:r w:rsidR="00987DBC">
        <w:rPr>
          <w:rFonts w:ascii="Courier New" w:hAnsi="Courier New"/>
          <w:szCs w:val="28"/>
        </w:rPr>
        <w:fldChar w:fldCharType="separate"/>
      </w:r>
      <w:r w:rsidR="00987DBC">
        <w:rPr>
          <w:rFonts w:ascii="Courier New" w:hAnsi="Courier New"/>
          <w:szCs w:val="28"/>
        </w:rPr>
        <w:fldChar w:fldCharType="end"/>
      </w:r>
      <w:r w:rsidRPr="00063D1A">
        <w:rPr>
          <w:rFonts w:ascii="Courier New" w:hAnsi="Courier New" w:cs="Courier New"/>
        </w:rPr>
        <w:tab/>
        <w:t xml:space="preserve">Yes </w:t>
      </w:r>
      <w:r w:rsidR="00987DBC">
        <w:rPr>
          <w:rFonts w:ascii="Courier New" w:hAnsi="Courier New"/>
          <w:szCs w:val="28"/>
        </w:rPr>
        <w:fldChar w:fldCharType="begin">
          <w:ffData>
            <w:name w:val="Check1"/>
            <w:enabled/>
            <w:calcOnExit w:val="0"/>
            <w:checkBox>
              <w:sizeAuto/>
              <w:default w:val="0"/>
            </w:checkBox>
          </w:ffData>
        </w:fldChar>
      </w:r>
      <w:r w:rsidR="00987DBC">
        <w:rPr>
          <w:rFonts w:ascii="Courier New" w:hAnsi="Courier New"/>
          <w:szCs w:val="28"/>
        </w:rPr>
        <w:instrText xml:space="preserve"> FORMCHECKBOX </w:instrText>
      </w:r>
      <w:r w:rsidR="00987DBC">
        <w:rPr>
          <w:rFonts w:ascii="Courier New" w:hAnsi="Courier New"/>
          <w:szCs w:val="28"/>
        </w:rPr>
      </w:r>
      <w:r w:rsidR="00987DBC">
        <w:rPr>
          <w:rFonts w:ascii="Courier New" w:hAnsi="Courier New"/>
          <w:szCs w:val="28"/>
        </w:rPr>
        <w:fldChar w:fldCharType="separate"/>
      </w:r>
      <w:r w:rsidR="00987DBC">
        <w:rPr>
          <w:rFonts w:ascii="Courier New" w:hAnsi="Courier New"/>
          <w:szCs w:val="28"/>
        </w:rPr>
        <w:fldChar w:fldCharType="end"/>
      </w:r>
      <w:r w:rsidRPr="00063D1A">
        <w:rPr>
          <w:rFonts w:ascii="Aptos" w:hAnsi="Aptos"/>
          <w:sz w:val="28"/>
          <w:szCs w:val="28"/>
        </w:rPr>
        <w:tab/>
      </w:r>
    </w:p>
    <w:p w14:paraId="74075F1B" w14:textId="2885A21B" w:rsidR="00556345" w:rsidRPr="00556345" w:rsidRDefault="00556345" w:rsidP="00556345">
      <w:pPr>
        <w:rPr>
          <w:sz w:val="20"/>
          <w:szCs w:val="20"/>
          <w:lang w:val="en-GB"/>
        </w:rPr>
      </w:pPr>
    </w:p>
    <w:p w14:paraId="6CE21971" w14:textId="040825F5" w:rsidR="002C0929" w:rsidRPr="00AC665F" w:rsidRDefault="000A5C64">
      <w:pPr>
        <w:rPr>
          <w:sz w:val="32"/>
          <w:szCs w:val="32"/>
        </w:rPr>
      </w:pPr>
      <w:r w:rsidRPr="00AC665F">
        <w:rPr>
          <w:rFonts w:ascii="Bebas Neue" w:hAnsi="Bebas Neue"/>
          <w:b/>
          <w:sz w:val="44"/>
          <w:szCs w:val="32"/>
        </w:rPr>
        <w:t>DECLARATION</w:t>
      </w:r>
    </w:p>
    <w:p w14:paraId="7C3D778F" w14:textId="3FDA4CD7" w:rsidR="001E0E7A" w:rsidRPr="001E0E7A" w:rsidRDefault="001E0E7A" w:rsidP="001E0E7A">
      <w:pPr>
        <w:rPr>
          <w:rFonts w:ascii="Courier New" w:hAnsi="Courier New"/>
          <w:lang w:val="en-GB"/>
        </w:rPr>
      </w:pPr>
      <w:r w:rsidRPr="001E0E7A">
        <w:rPr>
          <w:rFonts w:ascii="Courier New" w:hAnsi="Courier New"/>
          <w:lang w:val="en-GB"/>
        </w:rPr>
        <w:t>I certify that the information given in this application is true and accurate to the best of my knowledge. I also understand that if I get the job and the information given is subsequently found to be false, I may be liable to dismissal. If I am successful in my application, I agree to the references (as stated on page 1 of this form) being requested.</w:t>
      </w:r>
    </w:p>
    <w:p w14:paraId="7742C52B" w14:textId="1CEC1E8B" w:rsidR="002C0929" w:rsidRPr="00772C77" w:rsidRDefault="00000000">
      <w:r w:rsidRPr="00772C77">
        <w:rPr>
          <w:rFonts w:ascii="Courier New" w:hAnsi="Courier New"/>
        </w:rPr>
        <w:t>Signed:</w:t>
      </w:r>
    </w:p>
    <w:p w14:paraId="547CC986" w14:textId="6EFF2833" w:rsidR="001E0E7A" w:rsidRDefault="00000000">
      <w:pPr>
        <w:rPr>
          <w:rFonts w:ascii="Courier New" w:hAnsi="Courier New"/>
        </w:rPr>
      </w:pPr>
      <w:r w:rsidRPr="00772C77">
        <w:rPr>
          <w:rFonts w:ascii="Courier New" w:hAnsi="Courier New"/>
        </w:rPr>
        <w:t>Date:</w:t>
      </w:r>
    </w:p>
    <w:p w14:paraId="28C8A770" w14:textId="3C628177" w:rsidR="00181D13" w:rsidRDefault="001E0E7A" w:rsidP="00181D13">
      <w:pPr>
        <w:rPr>
          <w:rFonts w:ascii="Courier New" w:hAnsi="Courier New" w:cs="Courier New"/>
          <w:b/>
          <w:bCs/>
          <w:lang w:val="en-GB"/>
        </w:rPr>
      </w:pPr>
      <w:r w:rsidRPr="001E0E7A">
        <w:rPr>
          <w:rFonts w:ascii="Courier New" w:hAnsi="Courier New" w:cs="Courier New"/>
          <w:b/>
          <w:bCs/>
          <w:lang w:val="en-GB"/>
        </w:rPr>
        <w:t>All sections should be completed by the applicant themselves. If this is not possible, the name of the person completing the form and reason should be stated here</w:t>
      </w:r>
      <w:r w:rsidR="00181D13">
        <w:rPr>
          <w:rFonts w:ascii="Courier New" w:hAnsi="Courier New" w:cs="Courier New"/>
          <w:b/>
          <w:bCs/>
          <w:lang w:val="en-GB"/>
        </w:rPr>
        <w:t>:</w:t>
      </w:r>
    </w:p>
    <w:p w14:paraId="1AF27ACC" w14:textId="08EA9CBC" w:rsidR="00181D13" w:rsidRDefault="00181D13" w:rsidP="00181D13">
      <w:pPr>
        <w:rPr>
          <w:rFonts w:ascii="Courier New" w:hAnsi="Courier New" w:cs="Courier New"/>
          <w:b/>
          <w:bCs/>
          <w:lang w:val="en-GB"/>
        </w:rPr>
      </w:pPr>
    </w:p>
    <w:p w14:paraId="0C85DE5C" w14:textId="19C9F7C4" w:rsidR="00181D13" w:rsidRPr="00AC665F" w:rsidRDefault="000A5C64" w:rsidP="00181D13">
      <w:pPr>
        <w:rPr>
          <w:rFonts w:ascii="Courier New" w:hAnsi="Courier New" w:cs="Courier New"/>
          <w:b/>
          <w:bCs/>
          <w:sz w:val="28"/>
          <w:szCs w:val="28"/>
          <w:lang w:val="en-GB"/>
        </w:rPr>
      </w:pPr>
      <w:r w:rsidRPr="00AC665F">
        <w:rPr>
          <w:rFonts w:ascii="Bebas Neue" w:hAnsi="Bebas Neue"/>
          <w:b/>
          <w:sz w:val="44"/>
          <w:szCs w:val="32"/>
          <w:lang w:val="en-GB"/>
        </w:rPr>
        <w:t>EQUALITY &amp; DIVERSITY MONITORING</w:t>
      </w:r>
    </w:p>
    <w:p w14:paraId="32B44CC2" w14:textId="6465454A" w:rsidR="00181D13" w:rsidRPr="00181D13" w:rsidRDefault="00181D13" w:rsidP="00181D13">
      <w:pPr>
        <w:pStyle w:val="p1"/>
        <w:rPr>
          <w:sz w:val="22"/>
          <w:szCs w:val="22"/>
        </w:rPr>
      </w:pPr>
      <w:r w:rsidRPr="00181D13">
        <w:rPr>
          <w:sz w:val="22"/>
          <w:szCs w:val="22"/>
        </w:rPr>
        <w:t>Please complete the separate Equality &amp; Diversity Monitoring form.</w:t>
      </w:r>
    </w:p>
    <w:p w14:paraId="49F185EB" w14:textId="16A1A4C0" w:rsidR="00181D13" w:rsidRPr="00181D13" w:rsidRDefault="00181D13" w:rsidP="00181D13">
      <w:pPr>
        <w:pStyle w:val="p1"/>
        <w:rPr>
          <w:sz w:val="22"/>
          <w:szCs w:val="22"/>
        </w:rPr>
      </w:pPr>
      <w:r w:rsidRPr="00181D13">
        <w:rPr>
          <w:sz w:val="22"/>
          <w:szCs w:val="22"/>
        </w:rPr>
        <w:t>This information is stored separately and is not used in short-listing.</w:t>
      </w:r>
    </w:p>
    <w:p w14:paraId="1658DFAB" w14:textId="5A7C3968" w:rsidR="001E0E7A" w:rsidRDefault="001065D6">
      <w:r>
        <w:rPr>
          <w:rFonts w:ascii="Bebas Neue" w:hAnsi="Bebas Neue"/>
          <w:b/>
          <w:noProof/>
          <w:sz w:val="56"/>
          <w:szCs w:val="56"/>
        </w:rPr>
        <w:drawing>
          <wp:anchor distT="0" distB="0" distL="114300" distR="114300" simplePos="0" relativeHeight="251666432" behindDoc="1" locked="0" layoutInCell="1" allowOverlap="1" wp14:anchorId="2AC7DCB7" wp14:editId="426FE24E">
            <wp:simplePos x="0" y="0"/>
            <wp:positionH relativeFrom="column">
              <wp:posOffset>4581525</wp:posOffset>
            </wp:positionH>
            <wp:positionV relativeFrom="paragraph">
              <wp:posOffset>199390</wp:posOffset>
            </wp:positionV>
            <wp:extent cx="1123950" cy="1123950"/>
            <wp:effectExtent l="0" t="0" r="0" b="0"/>
            <wp:wrapTight wrapText="bothSides">
              <wp:wrapPolygon edited="0">
                <wp:start x="5858" y="3173"/>
                <wp:lineTo x="4881" y="4149"/>
                <wp:lineTo x="3905" y="6102"/>
                <wp:lineTo x="4149" y="18061"/>
                <wp:lineTo x="17085" y="18061"/>
                <wp:lineTo x="17329" y="16353"/>
                <wp:lineTo x="17085" y="4637"/>
                <wp:lineTo x="15132" y="3173"/>
                <wp:lineTo x="5858" y="3173"/>
              </wp:wrapPolygon>
            </wp:wrapTight>
            <wp:docPr id="424118261" name="Picture 3" descr="A pink and yellow text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18261" name="Picture 3" descr="A pink and yellow text with black background&#10;&#10;AI-generated content may be incorrect."/>
                    <pic:cNvPicPr/>
                  </pic:nvPicPr>
                  <pic:blipFill>
                    <a:blip r:embed="rId7"/>
                    <a:stretch>
                      <a:fillRect/>
                    </a:stretch>
                  </pic:blipFill>
                  <pic:spPr>
                    <a:xfrm>
                      <a:off x="0" y="0"/>
                      <a:ext cx="1123950" cy="1123950"/>
                    </a:xfrm>
                    <a:prstGeom prst="rect">
                      <a:avLst/>
                    </a:prstGeom>
                  </pic:spPr>
                </pic:pic>
              </a:graphicData>
            </a:graphic>
            <wp14:sizeRelH relativeFrom="page">
              <wp14:pctWidth>0</wp14:pctWidth>
            </wp14:sizeRelH>
            <wp14:sizeRelV relativeFrom="page">
              <wp14:pctHeight>0</wp14:pctHeight>
            </wp14:sizeRelV>
          </wp:anchor>
        </w:drawing>
      </w:r>
      <w:r>
        <w:rPr>
          <w:rFonts w:ascii="Courier New" w:hAnsi="Courier New"/>
          <w:noProof/>
          <w:szCs w:val="28"/>
        </w:rPr>
        <w:drawing>
          <wp:anchor distT="0" distB="0" distL="114300" distR="114300" simplePos="0" relativeHeight="251665408" behindDoc="1" locked="0" layoutInCell="1" allowOverlap="1" wp14:anchorId="23D506F3" wp14:editId="7A80ED44">
            <wp:simplePos x="0" y="0"/>
            <wp:positionH relativeFrom="column">
              <wp:posOffset>5372100</wp:posOffset>
            </wp:positionH>
            <wp:positionV relativeFrom="paragraph">
              <wp:posOffset>123190</wp:posOffset>
            </wp:positionV>
            <wp:extent cx="1238250" cy="1238250"/>
            <wp:effectExtent l="0" t="0" r="0" b="0"/>
            <wp:wrapTight wrapText="bothSides">
              <wp:wrapPolygon edited="0">
                <wp:start x="3988" y="3988"/>
                <wp:lineTo x="3323" y="5095"/>
                <wp:lineTo x="3102" y="15065"/>
                <wp:lineTo x="3545" y="17058"/>
                <wp:lineTo x="3766" y="17502"/>
                <wp:lineTo x="18166" y="17502"/>
                <wp:lineTo x="18609" y="16394"/>
                <wp:lineTo x="17723" y="15508"/>
                <wp:lineTo x="16394" y="15065"/>
                <wp:lineTo x="17723" y="13957"/>
                <wp:lineTo x="17723" y="12628"/>
                <wp:lineTo x="16394" y="11520"/>
                <wp:lineTo x="18166" y="11298"/>
                <wp:lineTo x="18388" y="10412"/>
                <wp:lineTo x="17058" y="7975"/>
                <wp:lineTo x="18609" y="6203"/>
                <wp:lineTo x="17502" y="4431"/>
                <wp:lineTo x="5317" y="3988"/>
                <wp:lineTo x="3988" y="3988"/>
              </wp:wrapPolygon>
            </wp:wrapTight>
            <wp:docPr id="2053980669" name="Picture 2" descr="Yellow and pink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980669" name="Picture 2" descr="Yellow and pink text on a black background&#10;&#10;AI-generated content may be incorrect."/>
                    <pic:cNvPicPr/>
                  </pic:nvPicPr>
                  <pic:blipFill>
                    <a:blip r:embed="rId6"/>
                    <a:stretch>
                      <a:fillRect/>
                    </a:stretch>
                  </pic:blipFill>
                  <pic:spPr>
                    <a:xfrm>
                      <a:off x="0" y="0"/>
                      <a:ext cx="1238250" cy="1238250"/>
                    </a:xfrm>
                    <a:prstGeom prst="rect">
                      <a:avLst/>
                    </a:prstGeom>
                  </pic:spPr>
                </pic:pic>
              </a:graphicData>
            </a:graphic>
            <wp14:sizeRelH relativeFrom="page">
              <wp14:pctWidth>0</wp14:pctWidth>
            </wp14:sizeRelH>
            <wp14:sizeRelV relativeFrom="page">
              <wp14:pctHeight>0</wp14:pctHeight>
            </wp14:sizeRelV>
          </wp:anchor>
        </w:drawing>
      </w:r>
    </w:p>
    <w:sectPr w:rsidR="001E0E7A" w:rsidSect="00063D1A">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urier">
    <w:panose1 w:val="02070309020205020404"/>
    <w:charset w:val="00"/>
    <w:family w:val="modern"/>
    <w:pitch w:val="fixed"/>
    <w:sig w:usb0="E0002AFF" w:usb1="C0007843" w:usb2="00000009" w:usb3="00000000" w:csb0="000001FF" w:csb1="00000000"/>
  </w:font>
  <w:font w:name="Bebas Neue">
    <w:panose1 w:val="020B0606020202050201"/>
    <w:charset w:val="4D"/>
    <w:family w:val="swiss"/>
    <w:pitch w:val="variable"/>
    <w:sig w:usb0="00000007" w:usb1="00000001" w:usb2="00000000" w:usb3="00000000" w:csb0="00000093" w:csb1="00000000"/>
  </w:font>
  <w:font w:name="Aptos">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46450F5C"/>
    <w:multiLevelType w:val="hybridMultilevel"/>
    <w:tmpl w:val="F21A8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5048913">
    <w:abstractNumId w:val="8"/>
  </w:num>
  <w:num w:numId="2" w16cid:durableId="43675010">
    <w:abstractNumId w:val="6"/>
  </w:num>
  <w:num w:numId="3" w16cid:durableId="2036543194">
    <w:abstractNumId w:val="5"/>
  </w:num>
  <w:num w:numId="4" w16cid:durableId="181474317">
    <w:abstractNumId w:val="4"/>
  </w:num>
  <w:num w:numId="5" w16cid:durableId="1309433009">
    <w:abstractNumId w:val="7"/>
  </w:num>
  <w:num w:numId="6" w16cid:durableId="1716000974">
    <w:abstractNumId w:val="3"/>
  </w:num>
  <w:num w:numId="7" w16cid:durableId="1225751139">
    <w:abstractNumId w:val="2"/>
  </w:num>
  <w:num w:numId="8" w16cid:durableId="1902250614">
    <w:abstractNumId w:val="1"/>
  </w:num>
  <w:num w:numId="9" w16cid:durableId="1212620463">
    <w:abstractNumId w:val="0"/>
  </w:num>
  <w:num w:numId="10" w16cid:durableId="191485618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activeWritingStyle w:appName="MSWord" w:lang="en-US" w:vendorID="64" w:dllVersion="0" w:nlCheck="1" w:checkStyle="0"/>
  <w:activeWritingStyle w:appName="MSWord" w:lang="en-GB" w:vendorID="64" w:dllVersion="0" w:nlCheck="1" w:checkStyle="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63D1A"/>
    <w:rsid w:val="000A5C64"/>
    <w:rsid w:val="001065D6"/>
    <w:rsid w:val="0015074B"/>
    <w:rsid w:val="00181D13"/>
    <w:rsid w:val="001B6F2B"/>
    <w:rsid w:val="001E0E7A"/>
    <w:rsid w:val="002250A8"/>
    <w:rsid w:val="0029639D"/>
    <w:rsid w:val="002C0929"/>
    <w:rsid w:val="00326F90"/>
    <w:rsid w:val="0038618D"/>
    <w:rsid w:val="00556345"/>
    <w:rsid w:val="006E0763"/>
    <w:rsid w:val="00772C77"/>
    <w:rsid w:val="007B22FB"/>
    <w:rsid w:val="007C17EC"/>
    <w:rsid w:val="00987DBC"/>
    <w:rsid w:val="00AA1D8D"/>
    <w:rsid w:val="00AC665F"/>
    <w:rsid w:val="00B47730"/>
    <w:rsid w:val="00BB7E62"/>
    <w:rsid w:val="00CB0664"/>
    <w:rsid w:val="00D96FFC"/>
    <w:rsid w:val="00F50186"/>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700369"/>
  <w14:defaultImageDpi w14:val="300"/>
  <w15:docId w15:val="{21742FB4-67EF-4645-BDDE-1D8479BAF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p1">
    <w:name w:val="p1"/>
    <w:basedOn w:val="Normal"/>
    <w:rsid w:val="00181D13"/>
    <w:pPr>
      <w:spacing w:after="0" w:line="240" w:lineRule="auto"/>
    </w:pPr>
    <w:rPr>
      <w:rFonts w:ascii="Courier New" w:eastAsia="Times New Roman" w:hAnsi="Courier New" w:cs="Courier New"/>
      <w:color w:val="000000"/>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647</Words>
  <Characters>3226</Characters>
  <Application>Microsoft Office Word</Application>
  <DocSecurity>0</DocSecurity>
  <Lines>124</Lines>
  <Paragraphs>55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Luke Ellis</cp:lastModifiedBy>
  <cp:revision>3</cp:revision>
  <dcterms:created xsi:type="dcterms:W3CDTF">2026-01-21T12:16:00Z</dcterms:created>
  <dcterms:modified xsi:type="dcterms:W3CDTF">2026-01-21T12:20:00Z</dcterms:modified>
  <cp:category/>
</cp:coreProperties>
</file>